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B29" w:rsidRPr="00757BC1" w:rsidRDefault="00757BC1" w:rsidP="00757BC1">
      <w:pPr>
        <w:pStyle w:val="Titre"/>
        <w:spacing w:line="26" w:lineRule="atLeast"/>
        <w:rPr>
          <w:rFonts w:ascii="Arial" w:hAnsi="Arial" w:cs="Arial"/>
        </w:rPr>
      </w:pPr>
      <w:r w:rsidRPr="00757BC1">
        <w:rPr>
          <w:rFonts w:ascii="Arial" w:hAnsi="Arial" w:cs="Arial"/>
        </w:rPr>
        <w:t>Vérification des droits au SFT</w:t>
      </w:r>
    </w:p>
    <w:p w:rsidR="003F6B29" w:rsidRPr="00757BC1" w:rsidRDefault="00757BC1" w:rsidP="00757BC1">
      <w:pPr>
        <w:spacing w:line="26" w:lineRule="atLeast"/>
        <w:rPr>
          <w:rFonts w:ascii="Arial" w:hAnsi="Arial" w:cs="Arial"/>
        </w:rPr>
      </w:pPr>
      <w:r w:rsidRPr="00757BC1">
        <w:rPr>
          <w:rFonts w:ascii="Arial" w:hAnsi="Arial" w:cs="Arial"/>
        </w:rPr>
        <w:t>Supplément familial de traitement • Déclaration de situation actuelle</w:t>
      </w:r>
    </w:p>
    <w:p w:rsidR="003F6B29" w:rsidRPr="00757BC1" w:rsidRDefault="00757BC1" w:rsidP="00757BC1">
      <w:pPr>
        <w:spacing w:line="26" w:lineRule="atLeast"/>
        <w:rPr>
          <w:rFonts w:ascii="Arial" w:hAnsi="Arial" w:cs="Arial"/>
        </w:rPr>
      </w:pPr>
      <w:r w:rsidRPr="00757BC1">
        <w:rPr>
          <w:rFonts w:ascii="Arial" w:hAnsi="Arial" w:cs="Arial"/>
        </w:rPr>
        <w:t xml:space="preserve">Ce formulaire permet à votre employeur de vérifier les conditions de maintien du SFT. Complétez les pages 1 et 2, puis les annexes utiles à votre </w:t>
      </w:r>
      <w:r w:rsidRPr="00757BC1">
        <w:rPr>
          <w:rFonts w:ascii="Arial" w:hAnsi="Arial" w:cs="Arial"/>
        </w:rPr>
        <w:t>situation. Signalez également tout changement intervenu depuis votre précédente déclaration et sa date d’effet.</w:t>
      </w:r>
    </w:p>
    <w:p w:rsidR="003F6B29" w:rsidRPr="00757BC1" w:rsidRDefault="00757BC1" w:rsidP="00757BC1">
      <w:pPr>
        <w:spacing w:line="26" w:lineRule="atLeast"/>
        <w:rPr>
          <w:rFonts w:ascii="Arial" w:hAnsi="Arial" w:cs="Arial"/>
        </w:rPr>
      </w:pPr>
      <w:r w:rsidRPr="00757BC1">
        <w:rPr>
          <w:rFonts w:ascii="Arial" w:hAnsi="Arial" w:cs="Arial"/>
        </w:rPr>
        <w:t>Situation au : …… / …… / …………     Retour demandé avant le : …… / …… / …………</w:t>
      </w:r>
      <w:r w:rsidRPr="00757BC1">
        <w:rPr>
          <w:rFonts w:ascii="Arial" w:hAnsi="Arial" w:cs="Arial"/>
        </w:rPr>
        <w:br/>
        <w:t>Service destinataire et modalités de retour : …………………………………………………………</w:t>
      </w:r>
    </w:p>
    <w:p w:rsidR="003F6B29" w:rsidRPr="00757BC1" w:rsidRDefault="00757BC1" w:rsidP="00757BC1">
      <w:pPr>
        <w:pStyle w:val="Titre1"/>
        <w:spacing w:line="26" w:lineRule="atLeast"/>
        <w:rPr>
          <w:rFonts w:ascii="Arial" w:hAnsi="Arial" w:cs="Arial"/>
        </w:rPr>
      </w:pPr>
      <w:r w:rsidRPr="00757BC1">
        <w:rPr>
          <w:rFonts w:ascii="Arial" w:hAnsi="Arial" w:cs="Arial"/>
        </w:rPr>
        <w:t>1 Identification de l’agent</w:t>
      </w:r>
    </w:p>
    <w:p w:rsidR="003F6B29" w:rsidRPr="00757BC1" w:rsidRDefault="00757BC1" w:rsidP="00757BC1">
      <w:pPr>
        <w:spacing w:line="26" w:lineRule="atLeast"/>
        <w:rPr>
          <w:rFonts w:ascii="Arial" w:hAnsi="Arial" w:cs="Arial"/>
        </w:rPr>
      </w:pPr>
      <w:r w:rsidRPr="00757BC1">
        <w:rPr>
          <w:rFonts w:ascii="Arial" w:hAnsi="Arial" w:cs="Arial"/>
        </w:rPr>
        <w:t>Collectivité ou établissement employeur : ……………………………………………………………</w:t>
      </w:r>
      <w:r w:rsidRPr="00757BC1">
        <w:rPr>
          <w:rFonts w:ascii="Arial" w:hAnsi="Arial" w:cs="Arial"/>
        </w:rPr>
        <w:br/>
        <w:t>Nom et prénom : …………………………………………………………………………………………</w:t>
      </w:r>
      <w:r w:rsidRPr="00757BC1">
        <w:rPr>
          <w:rFonts w:ascii="Arial" w:hAnsi="Arial" w:cs="Arial"/>
        </w:rPr>
        <w:br/>
        <w:t>Service ou emploi : …………………………………… Matricule si connu : …………………………</w:t>
      </w:r>
      <w:r w:rsidRPr="00757BC1">
        <w:rPr>
          <w:rFonts w:ascii="Arial" w:hAnsi="Arial" w:cs="Arial"/>
        </w:rPr>
        <w:br/>
        <w:t>Courriel ou téléphone de contact : ………………………</w:t>
      </w:r>
      <w:r w:rsidRPr="00757BC1">
        <w:rPr>
          <w:rFonts w:ascii="Arial" w:hAnsi="Arial" w:cs="Arial"/>
        </w:rPr>
        <w:t>……………………………………………</w:t>
      </w:r>
    </w:p>
    <w:p w:rsidR="003F6B29" w:rsidRPr="00757BC1" w:rsidRDefault="00757BC1" w:rsidP="00757BC1">
      <w:pPr>
        <w:pStyle w:val="Titre1"/>
        <w:spacing w:line="26" w:lineRule="atLeast"/>
        <w:rPr>
          <w:rFonts w:ascii="Arial" w:hAnsi="Arial" w:cs="Arial"/>
        </w:rPr>
      </w:pPr>
      <w:r w:rsidRPr="00757BC1">
        <w:rPr>
          <w:rFonts w:ascii="Arial" w:hAnsi="Arial" w:cs="Arial"/>
        </w:rPr>
        <w:t>2 Situation familiale et autre parent</w:t>
      </w:r>
    </w:p>
    <w:p w:rsidR="003F6B29" w:rsidRPr="00757BC1" w:rsidRDefault="00757BC1" w:rsidP="00757BC1">
      <w:pPr>
        <w:spacing w:line="26" w:lineRule="atLeast"/>
        <w:rPr>
          <w:rFonts w:ascii="Arial" w:hAnsi="Arial" w:cs="Arial"/>
        </w:rPr>
      </w:pPr>
      <w:r w:rsidRPr="00757BC1">
        <w:rPr>
          <w:rFonts w:ascii="Arial" w:hAnsi="Arial" w:cs="Arial"/>
        </w:rPr>
        <w:t>□ Marié(e)  □ Pacsé(e)  □ Vie commune  □ Célibataire  □ Séparé(e) ou divorcé(e)  □ Veuf(ve)</w:t>
      </w:r>
      <w:r w:rsidRPr="00757BC1">
        <w:rPr>
          <w:rFonts w:ascii="Arial" w:hAnsi="Arial" w:cs="Arial"/>
        </w:rPr>
        <w:br/>
        <w:t>Date du dernier changement : …………………………………………………………………………</w:t>
      </w:r>
    </w:p>
    <w:p w:rsidR="003F6B29" w:rsidRPr="00757BC1" w:rsidRDefault="00757BC1" w:rsidP="00757BC1">
      <w:pPr>
        <w:spacing w:line="26" w:lineRule="atLeast"/>
        <w:rPr>
          <w:rFonts w:ascii="Arial" w:hAnsi="Arial" w:cs="Arial"/>
        </w:rPr>
      </w:pPr>
      <w:r w:rsidRPr="00757BC1">
        <w:rPr>
          <w:rFonts w:ascii="Arial" w:hAnsi="Arial" w:cs="Arial"/>
        </w:rPr>
        <w:t>Nom et prénom du conjoint ou partenaire actuel : …</w:t>
      </w:r>
      <w:r w:rsidRPr="00757BC1">
        <w:rPr>
          <w:rFonts w:ascii="Arial" w:hAnsi="Arial" w:cs="Arial"/>
        </w:rPr>
        <w:t>………………………………………………</w:t>
      </w:r>
      <w:r w:rsidRPr="00757BC1">
        <w:rPr>
          <w:rFonts w:ascii="Arial" w:hAnsi="Arial" w:cs="Arial"/>
        </w:rPr>
        <w:br/>
        <w:t>Nom et prénom de l’autre parent si différent : ………………………………………………………</w:t>
      </w:r>
      <w:r w:rsidRPr="00757BC1">
        <w:rPr>
          <w:rFonts w:ascii="Arial" w:hAnsi="Arial" w:cs="Arial"/>
        </w:rPr>
        <w:br/>
        <w:t>Situation professionnelle de l’autre parent : □ Agent public □ Salarié du privé</w:t>
      </w:r>
      <w:r w:rsidRPr="00757BC1">
        <w:rPr>
          <w:rFonts w:ascii="Arial" w:hAnsi="Arial" w:cs="Arial"/>
        </w:rPr>
        <w:br/>
        <w:t>□ Indépendant □ Sans emploi □ Autre : ………………………………………………………………</w:t>
      </w:r>
      <w:r w:rsidRPr="00757BC1">
        <w:rPr>
          <w:rFonts w:ascii="Arial" w:hAnsi="Arial" w:cs="Arial"/>
        </w:rPr>
        <w:br/>
        <w:t>Nom, nature et coordonnée</w:t>
      </w:r>
      <w:r w:rsidRPr="00757BC1">
        <w:rPr>
          <w:rFonts w:ascii="Arial" w:hAnsi="Arial" w:cs="Arial"/>
        </w:rPr>
        <w:t>s de son employeur : ……………………………………………………</w:t>
      </w:r>
      <w:r w:rsidRPr="00757BC1">
        <w:rPr>
          <w:rFonts w:ascii="Arial" w:hAnsi="Arial" w:cs="Arial"/>
        </w:rPr>
        <w:br/>
        <w:t>……………………………………………………………………………………………………………</w:t>
      </w:r>
    </w:p>
    <w:p w:rsidR="003F6B29" w:rsidRPr="00757BC1" w:rsidRDefault="00757BC1" w:rsidP="00757BC1">
      <w:pPr>
        <w:spacing w:line="26" w:lineRule="atLeast"/>
        <w:rPr>
          <w:rFonts w:ascii="Arial" w:hAnsi="Arial" w:cs="Arial"/>
        </w:rPr>
      </w:pPr>
      <w:r w:rsidRPr="00757BC1">
        <w:rPr>
          <w:rFonts w:ascii="Arial" w:hAnsi="Arial" w:cs="Arial"/>
        </w:rPr>
        <w:t>Si plusieurs autres parents sont concernés, joindre une feuille complémentaire en précisant les enfants concernés. En cas de recomposition familiale, préciser aussi la situ</w:t>
      </w:r>
      <w:r w:rsidRPr="00757BC1">
        <w:rPr>
          <w:rFonts w:ascii="Arial" w:hAnsi="Arial" w:cs="Arial"/>
        </w:rPr>
        <w:t>ation de l’employeur du conjoint actuel si elle intervient dans les droits au SFT.</w:t>
      </w:r>
    </w:p>
    <w:p w:rsidR="003F6B29" w:rsidRPr="00757BC1" w:rsidRDefault="00757BC1" w:rsidP="00757BC1">
      <w:pPr>
        <w:pStyle w:val="Titre1"/>
        <w:spacing w:line="26" w:lineRule="atLeast"/>
        <w:rPr>
          <w:rFonts w:ascii="Arial" w:hAnsi="Arial" w:cs="Arial"/>
        </w:rPr>
      </w:pPr>
      <w:r w:rsidRPr="00757BC1">
        <w:rPr>
          <w:rFonts w:ascii="Arial" w:hAnsi="Arial" w:cs="Arial"/>
        </w:rPr>
        <w:t>3 Enfants au titre desquels le SFT est demandé ou maintenu</w:t>
      </w:r>
    </w:p>
    <w:tbl>
      <w:tblPr>
        <w:tblW w:w="0" w:type="auto"/>
        <w:tblLayout w:type="fixed"/>
        <w:tblLook w:val="04A0" w:firstRow="1" w:lastRow="0" w:firstColumn="1" w:lastColumn="0" w:noHBand="0" w:noVBand="1"/>
      </w:tblPr>
      <w:tblGrid>
        <w:gridCol w:w="3312"/>
        <w:gridCol w:w="1440"/>
        <w:gridCol w:w="2736"/>
        <w:gridCol w:w="2592"/>
      </w:tblGrid>
      <w:tr w:rsidR="003F6B29" w:rsidRPr="00757BC1">
        <w:tc>
          <w:tcPr>
            <w:tcW w:w="3312" w:type="dxa"/>
            <w:tcBorders>
              <w:top w:val="single" w:sz="4" w:space="0" w:color="D9D9D9"/>
              <w:left w:val="single" w:sz="4" w:space="0" w:color="D9D9D9"/>
              <w:bottom w:val="single" w:sz="4" w:space="0" w:color="D9D9D9"/>
              <w:right w:val="single" w:sz="4" w:space="0" w:color="D9D9D9"/>
            </w:tcBorders>
            <w:shd w:val="clear" w:color="auto" w:fill="E8EFF2"/>
          </w:tcPr>
          <w:p w:rsidR="003F6B29" w:rsidRPr="00757BC1" w:rsidRDefault="00757BC1" w:rsidP="00757BC1">
            <w:pPr>
              <w:spacing w:before="120" w:after="120" w:line="26" w:lineRule="atLeast"/>
              <w:rPr>
                <w:rFonts w:ascii="Arial" w:hAnsi="Arial" w:cs="Arial"/>
              </w:rPr>
            </w:pPr>
            <w:r w:rsidRPr="00757BC1">
              <w:rPr>
                <w:rFonts w:ascii="Arial" w:hAnsi="Arial" w:cs="Arial"/>
              </w:rPr>
              <w:t>Nom et prénom</w:t>
            </w:r>
          </w:p>
        </w:tc>
        <w:tc>
          <w:tcPr>
            <w:tcW w:w="1440" w:type="dxa"/>
            <w:tcBorders>
              <w:top w:val="single" w:sz="4" w:space="0" w:color="D9D9D9"/>
              <w:left w:val="single" w:sz="4" w:space="0" w:color="D9D9D9"/>
              <w:bottom w:val="single" w:sz="4" w:space="0" w:color="D9D9D9"/>
              <w:right w:val="single" w:sz="4" w:space="0" w:color="D9D9D9"/>
            </w:tcBorders>
            <w:shd w:val="clear" w:color="auto" w:fill="E8EFF2"/>
          </w:tcPr>
          <w:p w:rsidR="003F6B29" w:rsidRPr="00757BC1" w:rsidRDefault="00757BC1" w:rsidP="00757BC1">
            <w:pPr>
              <w:spacing w:before="120" w:after="120" w:line="26" w:lineRule="atLeast"/>
              <w:rPr>
                <w:rFonts w:ascii="Arial" w:hAnsi="Arial" w:cs="Arial"/>
              </w:rPr>
            </w:pPr>
            <w:r w:rsidRPr="00757BC1">
              <w:rPr>
                <w:rFonts w:ascii="Arial" w:hAnsi="Arial" w:cs="Arial"/>
              </w:rPr>
              <w:t>Naissance</w:t>
            </w:r>
          </w:p>
        </w:tc>
        <w:tc>
          <w:tcPr>
            <w:tcW w:w="2736" w:type="dxa"/>
            <w:tcBorders>
              <w:top w:val="single" w:sz="4" w:space="0" w:color="D9D9D9"/>
              <w:left w:val="single" w:sz="4" w:space="0" w:color="D9D9D9"/>
              <w:bottom w:val="single" w:sz="4" w:space="0" w:color="D9D9D9"/>
              <w:right w:val="single" w:sz="4" w:space="0" w:color="D9D9D9"/>
            </w:tcBorders>
            <w:shd w:val="clear" w:color="auto" w:fill="E8EFF2"/>
          </w:tcPr>
          <w:p w:rsidR="003F6B29" w:rsidRPr="00757BC1" w:rsidRDefault="00757BC1" w:rsidP="00757BC1">
            <w:pPr>
              <w:spacing w:before="120" w:after="120" w:line="26" w:lineRule="atLeast"/>
              <w:rPr>
                <w:rFonts w:ascii="Arial" w:hAnsi="Arial" w:cs="Arial"/>
              </w:rPr>
            </w:pPr>
            <w:r w:rsidRPr="00757BC1">
              <w:rPr>
                <w:rFonts w:ascii="Arial" w:hAnsi="Arial" w:cs="Arial"/>
              </w:rPr>
              <w:t>Situation actuelle¹</w:t>
            </w:r>
          </w:p>
        </w:tc>
        <w:tc>
          <w:tcPr>
            <w:tcW w:w="2592" w:type="dxa"/>
            <w:tcBorders>
              <w:top w:val="single" w:sz="4" w:space="0" w:color="D9D9D9"/>
              <w:left w:val="single" w:sz="4" w:space="0" w:color="D9D9D9"/>
              <w:bottom w:val="single" w:sz="4" w:space="0" w:color="D9D9D9"/>
              <w:right w:val="single" w:sz="4" w:space="0" w:color="D9D9D9"/>
            </w:tcBorders>
            <w:shd w:val="clear" w:color="auto" w:fill="E8EFF2"/>
          </w:tcPr>
          <w:p w:rsidR="003F6B29" w:rsidRPr="00757BC1" w:rsidRDefault="00757BC1" w:rsidP="00757BC1">
            <w:pPr>
              <w:spacing w:before="120" w:after="120" w:line="26" w:lineRule="atLeast"/>
              <w:rPr>
                <w:rFonts w:ascii="Arial" w:hAnsi="Arial" w:cs="Arial"/>
              </w:rPr>
            </w:pPr>
            <w:r w:rsidRPr="00757BC1">
              <w:rPr>
                <w:rFonts w:ascii="Arial" w:hAnsi="Arial" w:cs="Arial"/>
              </w:rPr>
              <w:t>Résidence²</w:t>
            </w:r>
          </w:p>
        </w:tc>
      </w:tr>
      <w:tr w:rsidR="003F6B29" w:rsidRPr="00757BC1">
        <w:tc>
          <w:tcPr>
            <w:tcW w:w="3312" w:type="dxa"/>
            <w:tcBorders>
              <w:top w:val="single" w:sz="4" w:space="0" w:color="D9D9D9"/>
              <w:left w:val="single" w:sz="4" w:space="0" w:color="D9D9D9"/>
              <w:bottom w:val="single" w:sz="4" w:space="0" w:color="D9D9D9"/>
              <w:right w:val="single" w:sz="4" w:space="0" w:color="D9D9D9"/>
            </w:tcBorders>
          </w:tcPr>
          <w:p w:rsidR="003F6B29" w:rsidRPr="00757BC1" w:rsidRDefault="00757BC1" w:rsidP="00757BC1">
            <w:pPr>
              <w:spacing w:before="120" w:after="120" w:line="26" w:lineRule="atLeast"/>
              <w:rPr>
                <w:rFonts w:ascii="Arial" w:hAnsi="Arial" w:cs="Arial"/>
              </w:rPr>
            </w:pPr>
            <w:r w:rsidRPr="00757BC1">
              <w:rPr>
                <w:rFonts w:ascii="Arial" w:hAnsi="Arial" w:cs="Arial"/>
              </w:rPr>
              <w:br/>
            </w:r>
          </w:p>
        </w:tc>
        <w:tc>
          <w:tcPr>
            <w:tcW w:w="1440" w:type="dxa"/>
            <w:tcBorders>
              <w:top w:val="single" w:sz="4" w:space="0" w:color="D9D9D9"/>
              <w:left w:val="single" w:sz="4" w:space="0" w:color="D9D9D9"/>
              <w:bottom w:val="single" w:sz="4" w:space="0" w:color="D9D9D9"/>
              <w:right w:val="single" w:sz="4" w:space="0" w:color="D9D9D9"/>
            </w:tcBorders>
          </w:tcPr>
          <w:p w:rsidR="003F6B29" w:rsidRPr="00757BC1" w:rsidRDefault="00757BC1" w:rsidP="00757BC1">
            <w:pPr>
              <w:spacing w:before="120" w:after="120" w:line="26" w:lineRule="atLeast"/>
              <w:rPr>
                <w:rFonts w:ascii="Arial" w:hAnsi="Arial" w:cs="Arial"/>
              </w:rPr>
            </w:pPr>
            <w:r w:rsidRPr="00757BC1">
              <w:rPr>
                <w:rFonts w:ascii="Arial" w:hAnsi="Arial" w:cs="Arial"/>
              </w:rPr>
              <w:br/>
            </w:r>
          </w:p>
        </w:tc>
        <w:tc>
          <w:tcPr>
            <w:tcW w:w="2736" w:type="dxa"/>
            <w:tcBorders>
              <w:top w:val="single" w:sz="4" w:space="0" w:color="D9D9D9"/>
              <w:left w:val="single" w:sz="4" w:space="0" w:color="D9D9D9"/>
              <w:bottom w:val="single" w:sz="4" w:space="0" w:color="D9D9D9"/>
              <w:right w:val="single" w:sz="4" w:space="0" w:color="D9D9D9"/>
            </w:tcBorders>
          </w:tcPr>
          <w:p w:rsidR="003F6B29" w:rsidRPr="00757BC1" w:rsidRDefault="00757BC1" w:rsidP="00757BC1">
            <w:pPr>
              <w:spacing w:before="120" w:after="120" w:line="26" w:lineRule="atLeast"/>
              <w:rPr>
                <w:rFonts w:ascii="Arial" w:hAnsi="Arial" w:cs="Arial"/>
              </w:rPr>
            </w:pPr>
            <w:r w:rsidRPr="00757BC1">
              <w:rPr>
                <w:rFonts w:ascii="Arial" w:hAnsi="Arial" w:cs="Arial"/>
              </w:rPr>
              <w:br/>
            </w:r>
          </w:p>
        </w:tc>
        <w:tc>
          <w:tcPr>
            <w:tcW w:w="2592" w:type="dxa"/>
            <w:tcBorders>
              <w:top w:val="single" w:sz="4" w:space="0" w:color="D9D9D9"/>
              <w:left w:val="single" w:sz="4" w:space="0" w:color="D9D9D9"/>
              <w:bottom w:val="single" w:sz="4" w:space="0" w:color="D9D9D9"/>
              <w:right w:val="single" w:sz="4" w:space="0" w:color="D9D9D9"/>
            </w:tcBorders>
          </w:tcPr>
          <w:p w:rsidR="003F6B29" w:rsidRPr="00757BC1" w:rsidRDefault="00757BC1" w:rsidP="00757BC1">
            <w:pPr>
              <w:spacing w:before="120" w:after="120" w:line="26" w:lineRule="atLeast"/>
              <w:rPr>
                <w:rFonts w:ascii="Arial" w:hAnsi="Arial" w:cs="Arial"/>
              </w:rPr>
            </w:pPr>
            <w:r w:rsidRPr="00757BC1">
              <w:rPr>
                <w:rFonts w:ascii="Arial" w:hAnsi="Arial" w:cs="Arial"/>
              </w:rPr>
              <w:br/>
            </w:r>
          </w:p>
        </w:tc>
      </w:tr>
      <w:tr w:rsidR="003F6B29" w:rsidRPr="00757BC1">
        <w:tc>
          <w:tcPr>
            <w:tcW w:w="3312" w:type="dxa"/>
            <w:tcBorders>
              <w:top w:val="single" w:sz="4" w:space="0" w:color="D9D9D9"/>
              <w:left w:val="single" w:sz="4" w:space="0" w:color="D9D9D9"/>
              <w:bottom w:val="single" w:sz="4" w:space="0" w:color="D9D9D9"/>
              <w:right w:val="single" w:sz="4" w:space="0" w:color="D9D9D9"/>
            </w:tcBorders>
          </w:tcPr>
          <w:p w:rsidR="003F6B29" w:rsidRPr="00757BC1" w:rsidRDefault="00757BC1" w:rsidP="00757BC1">
            <w:pPr>
              <w:spacing w:before="120" w:after="120" w:line="26" w:lineRule="atLeast"/>
              <w:rPr>
                <w:rFonts w:ascii="Arial" w:hAnsi="Arial" w:cs="Arial"/>
              </w:rPr>
            </w:pPr>
            <w:r w:rsidRPr="00757BC1">
              <w:rPr>
                <w:rFonts w:ascii="Arial" w:hAnsi="Arial" w:cs="Arial"/>
              </w:rPr>
              <w:br/>
            </w:r>
          </w:p>
        </w:tc>
        <w:tc>
          <w:tcPr>
            <w:tcW w:w="1440" w:type="dxa"/>
            <w:tcBorders>
              <w:top w:val="single" w:sz="4" w:space="0" w:color="D9D9D9"/>
              <w:left w:val="single" w:sz="4" w:space="0" w:color="D9D9D9"/>
              <w:bottom w:val="single" w:sz="4" w:space="0" w:color="D9D9D9"/>
              <w:right w:val="single" w:sz="4" w:space="0" w:color="D9D9D9"/>
            </w:tcBorders>
          </w:tcPr>
          <w:p w:rsidR="003F6B29" w:rsidRPr="00757BC1" w:rsidRDefault="00757BC1" w:rsidP="00757BC1">
            <w:pPr>
              <w:spacing w:before="120" w:after="120" w:line="26" w:lineRule="atLeast"/>
              <w:rPr>
                <w:rFonts w:ascii="Arial" w:hAnsi="Arial" w:cs="Arial"/>
              </w:rPr>
            </w:pPr>
            <w:r w:rsidRPr="00757BC1">
              <w:rPr>
                <w:rFonts w:ascii="Arial" w:hAnsi="Arial" w:cs="Arial"/>
              </w:rPr>
              <w:br/>
            </w:r>
          </w:p>
        </w:tc>
        <w:tc>
          <w:tcPr>
            <w:tcW w:w="2736" w:type="dxa"/>
            <w:tcBorders>
              <w:top w:val="single" w:sz="4" w:space="0" w:color="D9D9D9"/>
              <w:left w:val="single" w:sz="4" w:space="0" w:color="D9D9D9"/>
              <w:bottom w:val="single" w:sz="4" w:space="0" w:color="D9D9D9"/>
              <w:right w:val="single" w:sz="4" w:space="0" w:color="D9D9D9"/>
            </w:tcBorders>
          </w:tcPr>
          <w:p w:rsidR="003F6B29" w:rsidRPr="00757BC1" w:rsidRDefault="00757BC1" w:rsidP="00757BC1">
            <w:pPr>
              <w:spacing w:before="120" w:after="120" w:line="26" w:lineRule="atLeast"/>
              <w:rPr>
                <w:rFonts w:ascii="Arial" w:hAnsi="Arial" w:cs="Arial"/>
              </w:rPr>
            </w:pPr>
            <w:r w:rsidRPr="00757BC1">
              <w:rPr>
                <w:rFonts w:ascii="Arial" w:hAnsi="Arial" w:cs="Arial"/>
              </w:rPr>
              <w:br/>
            </w:r>
          </w:p>
        </w:tc>
        <w:tc>
          <w:tcPr>
            <w:tcW w:w="2592" w:type="dxa"/>
            <w:tcBorders>
              <w:top w:val="single" w:sz="4" w:space="0" w:color="D9D9D9"/>
              <w:left w:val="single" w:sz="4" w:space="0" w:color="D9D9D9"/>
              <w:bottom w:val="single" w:sz="4" w:space="0" w:color="D9D9D9"/>
              <w:right w:val="single" w:sz="4" w:space="0" w:color="D9D9D9"/>
            </w:tcBorders>
          </w:tcPr>
          <w:p w:rsidR="003F6B29" w:rsidRPr="00757BC1" w:rsidRDefault="00757BC1" w:rsidP="00757BC1">
            <w:pPr>
              <w:spacing w:before="120" w:after="120" w:line="26" w:lineRule="atLeast"/>
              <w:rPr>
                <w:rFonts w:ascii="Arial" w:hAnsi="Arial" w:cs="Arial"/>
              </w:rPr>
            </w:pPr>
            <w:r w:rsidRPr="00757BC1">
              <w:rPr>
                <w:rFonts w:ascii="Arial" w:hAnsi="Arial" w:cs="Arial"/>
              </w:rPr>
              <w:br/>
            </w:r>
          </w:p>
        </w:tc>
      </w:tr>
      <w:tr w:rsidR="003F6B29" w:rsidRPr="00757BC1">
        <w:tc>
          <w:tcPr>
            <w:tcW w:w="3312" w:type="dxa"/>
            <w:tcBorders>
              <w:top w:val="single" w:sz="4" w:space="0" w:color="D9D9D9"/>
              <w:left w:val="single" w:sz="4" w:space="0" w:color="D9D9D9"/>
              <w:bottom w:val="single" w:sz="4" w:space="0" w:color="D9D9D9"/>
              <w:right w:val="single" w:sz="4" w:space="0" w:color="D9D9D9"/>
            </w:tcBorders>
          </w:tcPr>
          <w:p w:rsidR="003F6B29" w:rsidRPr="00757BC1" w:rsidRDefault="00757BC1" w:rsidP="00757BC1">
            <w:pPr>
              <w:spacing w:before="120" w:after="120" w:line="26" w:lineRule="atLeast"/>
              <w:rPr>
                <w:rFonts w:ascii="Arial" w:hAnsi="Arial" w:cs="Arial"/>
              </w:rPr>
            </w:pPr>
            <w:r w:rsidRPr="00757BC1">
              <w:rPr>
                <w:rFonts w:ascii="Arial" w:hAnsi="Arial" w:cs="Arial"/>
              </w:rPr>
              <w:br/>
            </w:r>
          </w:p>
        </w:tc>
        <w:tc>
          <w:tcPr>
            <w:tcW w:w="1440" w:type="dxa"/>
            <w:tcBorders>
              <w:top w:val="single" w:sz="4" w:space="0" w:color="D9D9D9"/>
              <w:left w:val="single" w:sz="4" w:space="0" w:color="D9D9D9"/>
              <w:bottom w:val="single" w:sz="4" w:space="0" w:color="D9D9D9"/>
              <w:right w:val="single" w:sz="4" w:space="0" w:color="D9D9D9"/>
            </w:tcBorders>
          </w:tcPr>
          <w:p w:rsidR="003F6B29" w:rsidRPr="00757BC1" w:rsidRDefault="00757BC1" w:rsidP="00757BC1">
            <w:pPr>
              <w:spacing w:before="120" w:after="120" w:line="26" w:lineRule="atLeast"/>
              <w:rPr>
                <w:rFonts w:ascii="Arial" w:hAnsi="Arial" w:cs="Arial"/>
              </w:rPr>
            </w:pPr>
            <w:r w:rsidRPr="00757BC1">
              <w:rPr>
                <w:rFonts w:ascii="Arial" w:hAnsi="Arial" w:cs="Arial"/>
              </w:rPr>
              <w:br/>
            </w:r>
          </w:p>
        </w:tc>
        <w:tc>
          <w:tcPr>
            <w:tcW w:w="2736" w:type="dxa"/>
            <w:tcBorders>
              <w:top w:val="single" w:sz="4" w:space="0" w:color="D9D9D9"/>
              <w:left w:val="single" w:sz="4" w:space="0" w:color="D9D9D9"/>
              <w:bottom w:val="single" w:sz="4" w:space="0" w:color="D9D9D9"/>
              <w:right w:val="single" w:sz="4" w:space="0" w:color="D9D9D9"/>
            </w:tcBorders>
          </w:tcPr>
          <w:p w:rsidR="003F6B29" w:rsidRPr="00757BC1" w:rsidRDefault="00757BC1" w:rsidP="00757BC1">
            <w:pPr>
              <w:spacing w:before="120" w:after="120" w:line="26" w:lineRule="atLeast"/>
              <w:rPr>
                <w:rFonts w:ascii="Arial" w:hAnsi="Arial" w:cs="Arial"/>
              </w:rPr>
            </w:pPr>
            <w:r w:rsidRPr="00757BC1">
              <w:rPr>
                <w:rFonts w:ascii="Arial" w:hAnsi="Arial" w:cs="Arial"/>
              </w:rPr>
              <w:br/>
            </w:r>
          </w:p>
        </w:tc>
        <w:tc>
          <w:tcPr>
            <w:tcW w:w="2592" w:type="dxa"/>
            <w:tcBorders>
              <w:top w:val="single" w:sz="4" w:space="0" w:color="D9D9D9"/>
              <w:left w:val="single" w:sz="4" w:space="0" w:color="D9D9D9"/>
              <w:bottom w:val="single" w:sz="4" w:space="0" w:color="D9D9D9"/>
              <w:right w:val="single" w:sz="4" w:space="0" w:color="D9D9D9"/>
            </w:tcBorders>
          </w:tcPr>
          <w:p w:rsidR="003F6B29" w:rsidRPr="00757BC1" w:rsidRDefault="00757BC1" w:rsidP="00757BC1">
            <w:pPr>
              <w:spacing w:before="120" w:after="120" w:line="26" w:lineRule="atLeast"/>
              <w:rPr>
                <w:rFonts w:ascii="Arial" w:hAnsi="Arial" w:cs="Arial"/>
              </w:rPr>
            </w:pPr>
            <w:r w:rsidRPr="00757BC1">
              <w:rPr>
                <w:rFonts w:ascii="Arial" w:hAnsi="Arial" w:cs="Arial"/>
              </w:rPr>
              <w:br/>
            </w:r>
          </w:p>
        </w:tc>
      </w:tr>
      <w:tr w:rsidR="003F6B29" w:rsidRPr="00757BC1">
        <w:tc>
          <w:tcPr>
            <w:tcW w:w="3312" w:type="dxa"/>
            <w:tcBorders>
              <w:top w:val="single" w:sz="4" w:space="0" w:color="D9D9D9"/>
              <w:left w:val="single" w:sz="4" w:space="0" w:color="D9D9D9"/>
              <w:bottom w:val="single" w:sz="4" w:space="0" w:color="D9D9D9"/>
              <w:right w:val="single" w:sz="4" w:space="0" w:color="D9D9D9"/>
            </w:tcBorders>
          </w:tcPr>
          <w:p w:rsidR="003F6B29" w:rsidRPr="00757BC1" w:rsidRDefault="00757BC1" w:rsidP="00757BC1">
            <w:pPr>
              <w:spacing w:before="120" w:after="120" w:line="26" w:lineRule="atLeast"/>
              <w:rPr>
                <w:rFonts w:ascii="Arial" w:hAnsi="Arial" w:cs="Arial"/>
              </w:rPr>
            </w:pPr>
            <w:r w:rsidRPr="00757BC1">
              <w:rPr>
                <w:rFonts w:ascii="Arial" w:hAnsi="Arial" w:cs="Arial"/>
              </w:rPr>
              <w:br/>
            </w:r>
          </w:p>
        </w:tc>
        <w:tc>
          <w:tcPr>
            <w:tcW w:w="1440" w:type="dxa"/>
            <w:tcBorders>
              <w:top w:val="single" w:sz="4" w:space="0" w:color="D9D9D9"/>
              <w:left w:val="single" w:sz="4" w:space="0" w:color="D9D9D9"/>
              <w:bottom w:val="single" w:sz="4" w:space="0" w:color="D9D9D9"/>
              <w:right w:val="single" w:sz="4" w:space="0" w:color="D9D9D9"/>
            </w:tcBorders>
          </w:tcPr>
          <w:p w:rsidR="003F6B29" w:rsidRPr="00757BC1" w:rsidRDefault="00757BC1" w:rsidP="00757BC1">
            <w:pPr>
              <w:spacing w:before="120" w:after="120" w:line="26" w:lineRule="atLeast"/>
              <w:rPr>
                <w:rFonts w:ascii="Arial" w:hAnsi="Arial" w:cs="Arial"/>
              </w:rPr>
            </w:pPr>
            <w:r w:rsidRPr="00757BC1">
              <w:rPr>
                <w:rFonts w:ascii="Arial" w:hAnsi="Arial" w:cs="Arial"/>
              </w:rPr>
              <w:br/>
            </w:r>
          </w:p>
        </w:tc>
        <w:tc>
          <w:tcPr>
            <w:tcW w:w="2736" w:type="dxa"/>
            <w:tcBorders>
              <w:top w:val="single" w:sz="4" w:space="0" w:color="D9D9D9"/>
              <w:left w:val="single" w:sz="4" w:space="0" w:color="D9D9D9"/>
              <w:bottom w:val="single" w:sz="4" w:space="0" w:color="D9D9D9"/>
              <w:right w:val="single" w:sz="4" w:space="0" w:color="D9D9D9"/>
            </w:tcBorders>
          </w:tcPr>
          <w:p w:rsidR="003F6B29" w:rsidRPr="00757BC1" w:rsidRDefault="00757BC1" w:rsidP="00757BC1">
            <w:pPr>
              <w:spacing w:before="120" w:after="120" w:line="26" w:lineRule="atLeast"/>
              <w:rPr>
                <w:rFonts w:ascii="Arial" w:hAnsi="Arial" w:cs="Arial"/>
              </w:rPr>
            </w:pPr>
            <w:r w:rsidRPr="00757BC1">
              <w:rPr>
                <w:rFonts w:ascii="Arial" w:hAnsi="Arial" w:cs="Arial"/>
              </w:rPr>
              <w:br/>
            </w:r>
          </w:p>
        </w:tc>
        <w:tc>
          <w:tcPr>
            <w:tcW w:w="2592" w:type="dxa"/>
            <w:tcBorders>
              <w:top w:val="single" w:sz="4" w:space="0" w:color="D9D9D9"/>
              <w:left w:val="single" w:sz="4" w:space="0" w:color="D9D9D9"/>
              <w:bottom w:val="single" w:sz="4" w:space="0" w:color="D9D9D9"/>
              <w:right w:val="single" w:sz="4" w:space="0" w:color="D9D9D9"/>
            </w:tcBorders>
          </w:tcPr>
          <w:p w:rsidR="003F6B29" w:rsidRPr="00757BC1" w:rsidRDefault="00757BC1" w:rsidP="00757BC1">
            <w:pPr>
              <w:spacing w:before="120" w:after="120" w:line="26" w:lineRule="atLeast"/>
              <w:rPr>
                <w:rFonts w:ascii="Arial" w:hAnsi="Arial" w:cs="Arial"/>
              </w:rPr>
            </w:pPr>
            <w:r w:rsidRPr="00757BC1">
              <w:rPr>
                <w:rFonts w:ascii="Arial" w:hAnsi="Arial" w:cs="Arial"/>
              </w:rPr>
              <w:br/>
            </w:r>
          </w:p>
        </w:tc>
      </w:tr>
    </w:tbl>
    <w:p w:rsidR="003F6B29" w:rsidRPr="00757BC1" w:rsidRDefault="00757BC1" w:rsidP="00757BC1">
      <w:pPr>
        <w:spacing w:line="26" w:lineRule="atLeast"/>
        <w:rPr>
          <w:rFonts w:ascii="Arial" w:hAnsi="Arial" w:cs="Arial"/>
        </w:rPr>
      </w:pPr>
      <w:r w:rsidRPr="00757BC1">
        <w:rPr>
          <w:rFonts w:ascii="Arial" w:hAnsi="Arial" w:cs="Arial"/>
        </w:rPr>
        <w:t>¹ Scolarisé, étudiant,</w:t>
      </w:r>
      <w:r w:rsidRPr="00757BC1">
        <w:rPr>
          <w:rFonts w:ascii="Arial" w:hAnsi="Arial" w:cs="Arial"/>
        </w:rPr>
        <w:t xml:space="preserve"> apprenti, salarié, sans activité ou autre.</w:t>
      </w:r>
      <w:r w:rsidRPr="00757BC1">
        <w:rPr>
          <w:rFonts w:ascii="Arial" w:hAnsi="Arial" w:cs="Arial"/>
        </w:rPr>
        <w:br/>
        <w:t>² Chez l’agent, chez l’autre parent, alternée ou autre. Joindre une feuille si nécessaire.</w:t>
      </w:r>
    </w:p>
    <w:p w:rsidR="003F6B29" w:rsidRPr="00757BC1" w:rsidRDefault="00757BC1" w:rsidP="00757BC1">
      <w:pPr>
        <w:spacing w:line="26" w:lineRule="atLeast"/>
        <w:rPr>
          <w:rFonts w:ascii="Arial" w:hAnsi="Arial" w:cs="Arial"/>
        </w:rPr>
      </w:pPr>
      <w:r w:rsidRPr="00757BC1">
        <w:rPr>
          <w:rFonts w:ascii="Arial" w:hAnsi="Arial" w:cs="Arial"/>
        </w:rPr>
        <w:br w:type="page"/>
      </w:r>
    </w:p>
    <w:p w:rsidR="003F6B29" w:rsidRPr="00757BC1" w:rsidRDefault="00757BC1" w:rsidP="00757BC1">
      <w:pPr>
        <w:pStyle w:val="Titre"/>
        <w:spacing w:line="26" w:lineRule="atLeast"/>
        <w:rPr>
          <w:rFonts w:ascii="Arial" w:hAnsi="Arial" w:cs="Arial"/>
        </w:rPr>
      </w:pPr>
      <w:r w:rsidRPr="00757BC1">
        <w:rPr>
          <w:rFonts w:ascii="Arial" w:hAnsi="Arial" w:cs="Arial"/>
        </w:rPr>
        <w:lastRenderedPageBreak/>
        <w:t>Déclaration et justificatifs</w:t>
      </w:r>
    </w:p>
    <w:p w:rsidR="003F6B29" w:rsidRPr="00757BC1" w:rsidRDefault="00757BC1" w:rsidP="00757BC1">
      <w:pPr>
        <w:pStyle w:val="Titre1"/>
        <w:spacing w:line="26" w:lineRule="atLeast"/>
        <w:rPr>
          <w:rFonts w:ascii="Arial" w:hAnsi="Arial" w:cs="Arial"/>
        </w:rPr>
      </w:pPr>
      <w:r w:rsidRPr="00757BC1">
        <w:rPr>
          <w:rFonts w:ascii="Arial" w:hAnsi="Arial" w:cs="Arial"/>
        </w:rPr>
        <w:t>4 Versement du SFT et changements de situation</w:t>
      </w:r>
    </w:p>
    <w:p w:rsidR="003F6B29" w:rsidRPr="00757BC1" w:rsidRDefault="00757BC1" w:rsidP="00757BC1">
      <w:pPr>
        <w:spacing w:line="26" w:lineRule="atLeast"/>
        <w:rPr>
          <w:rFonts w:ascii="Arial" w:hAnsi="Arial" w:cs="Arial"/>
        </w:rPr>
      </w:pPr>
      <w:r w:rsidRPr="00757BC1">
        <w:rPr>
          <w:rFonts w:ascii="Arial" w:hAnsi="Arial" w:cs="Arial"/>
        </w:rPr>
        <w:t xml:space="preserve">L’autre parent perçoit-il un SFT ou un </w:t>
      </w:r>
      <w:r w:rsidRPr="00757BC1">
        <w:rPr>
          <w:rFonts w:ascii="Arial" w:hAnsi="Arial" w:cs="Arial"/>
        </w:rPr>
        <w:t>avantage familial de même nature ?</w:t>
      </w:r>
      <w:r w:rsidRPr="00757BC1">
        <w:rPr>
          <w:rFonts w:ascii="Arial" w:hAnsi="Arial" w:cs="Arial"/>
        </w:rPr>
        <w:br/>
        <w:t>□ Non  □ Oui  □ Information à vérifier auprès de son employeur</w:t>
      </w:r>
      <w:r w:rsidRPr="00757BC1">
        <w:rPr>
          <w:rFonts w:ascii="Arial" w:hAnsi="Arial" w:cs="Arial"/>
        </w:rPr>
        <w:br/>
        <w:t>Enfants concernés, employeur payeur et périodes : …………………………………………………</w:t>
      </w:r>
      <w:r w:rsidRPr="00757BC1">
        <w:rPr>
          <w:rFonts w:ascii="Arial" w:hAnsi="Arial" w:cs="Arial"/>
        </w:rPr>
        <w:br/>
        <w:t>……………………………………………………………………………………………………………</w:t>
      </w:r>
    </w:p>
    <w:p w:rsidR="003F6B29" w:rsidRPr="00757BC1" w:rsidRDefault="00757BC1" w:rsidP="00757BC1">
      <w:pPr>
        <w:spacing w:line="26" w:lineRule="atLeast"/>
        <w:rPr>
          <w:rFonts w:ascii="Arial" w:hAnsi="Arial" w:cs="Arial"/>
        </w:rPr>
      </w:pPr>
      <w:r w:rsidRPr="00757BC1">
        <w:rPr>
          <w:rFonts w:ascii="Arial" w:hAnsi="Arial" w:cs="Arial"/>
        </w:rPr>
        <w:t>Changements depuis la précédente déclaration e</w:t>
      </w:r>
      <w:r w:rsidRPr="00757BC1">
        <w:rPr>
          <w:rFonts w:ascii="Arial" w:hAnsi="Arial" w:cs="Arial"/>
        </w:rPr>
        <w:t>t dates d’effet : naissance, séparation, résidence, activité ou ressources d’un enfant, employeur de l’autre parent, etc.</w:t>
      </w:r>
      <w:r w:rsidRPr="00757BC1">
        <w:rPr>
          <w:rFonts w:ascii="Arial" w:hAnsi="Arial" w:cs="Arial"/>
        </w:rPr>
        <w:br/>
        <w:t>……………………………………………………………………………………………………………</w:t>
      </w:r>
      <w:r w:rsidRPr="00757BC1">
        <w:rPr>
          <w:rFonts w:ascii="Arial" w:hAnsi="Arial" w:cs="Arial"/>
        </w:rPr>
        <w:br/>
        <w:t>……………………………………………………………………………………………………………</w:t>
      </w:r>
    </w:p>
    <w:p w:rsidR="003F6B29" w:rsidRPr="00757BC1" w:rsidRDefault="00757BC1" w:rsidP="00757BC1">
      <w:pPr>
        <w:spacing w:line="26" w:lineRule="atLeast"/>
        <w:rPr>
          <w:rFonts w:ascii="Arial" w:hAnsi="Arial" w:cs="Arial"/>
        </w:rPr>
      </w:pPr>
      <w:r w:rsidRPr="00757BC1">
        <w:rPr>
          <w:rFonts w:ascii="Arial" w:hAnsi="Arial" w:cs="Arial"/>
        </w:rPr>
        <w:t>En cas de résidence alternée effective :</w:t>
      </w:r>
      <w:r w:rsidRPr="00757BC1">
        <w:rPr>
          <w:rFonts w:ascii="Arial" w:hAnsi="Arial" w:cs="Arial"/>
        </w:rPr>
        <w:br/>
        <w:t>□ Maintie</w:t>
      </w:r>
      <w:r w:rsidRPr="00757BC1">
        <w:rPr>
          <w:rFonts w:ascii="Arial" w:hAnsi="Arial" w:cs="Arial"/>
        </w:rPr>
        <w:t>n ou demande d’un bénéficiaire unique</w:t>
      </w:r>
      <w:r w:rsidRPr="00757BC1">
        <w:rPr>
          <w:rFonts w:ascii="Arial" w:hAnsi="Arial" w:cs="Arial"/>
        </w:rPr>
        <w:br/>
        <w:t>□ Demande conjointe de partage du SFT</w:t>
      </w:r>
      <w:r w:rsidRPr="00757BC1">
        <w:rPr>
          <w:rFonts w:ascii="Arial" w:hAnsi="Arial" w:cs="Arial"/>
        </w:rPr>
        <w:br/>
        <w:t>□ Désaccord sur le bénéficiaire, à examiner par le service RH</w:t>
      </w:r>
      <w:r w:rsidRPr="00757BC1">
        <w:rPr>
          <w:rFonts w:ascii="Arial" w:hAnsi="Arial" w:cs="Arial"/>
        </w:rPr>
        <w:br/>
        <w:t>Enfants concernés et date de début de la résidence alternée : ……………………………………</w:t>
      </w:r>
      <w:r w:rsidRPr="00757BC1">
        <w:rPr>
          <w:rFonts w:ascii="Arial" w:hAnsi="Arial" w:cs="Arial"/>
        </w:rPr>
        <w:br/>
        <w:t>……………………………………………………………………………………………………………</w:t>
      </w:r>
      <w:r w:rsidRPr="00757BC1">
        <w:rPr>
          <w:rFonts w:ascii="Arial" w:hAnsi="Arial" w:cs="Arial"/>
        </w:rPr>
        <w:br/>
        <w:t>Autre parent : nom, coordonnées et signature en cas de demande conjointe :</w:t>
      </w:r>
      <w:r w:rsidRPr="00757BC1">
        <w:rPr>
          <w:rFonts w:ascii="Arial" w:hAnsi="Arial" w:cs="Arial"/>
        </w:rPr>
        <w:br/>
        <w:t>……………………………………………………………………………………………………………</w:t>
      </w:r>
    </w:p>
    <w:p w:rsidR="003F6B29" w:rsidRPr="00757BC1" w:rsidRDefault="00757BC1" w:rsidP="00757BC1">
      <w:pPr>
        <w:spacing w:line="26" w:lineRule="atLeast"/>
        <w:rPr>
          <w:rFonts w:ascii="Arial" w:hAnsi="Arial" w:cs="Arial"/>
        </w:rPr>
      </w:pPr>
      <w:r w:rsidRPr="00757BC1">
        <w:rPr>
          <w:rFonts w:ascii="Arial" w:hAnsi="Arial" w:cs="Arial"/>
        </w:rPr>
        <w:t>Le service RH examine les modalités de calcul et de versement. La résidence alternée peut ouvrir droit à un partage même si un seul parent</w:t>
      </w:r>
      <w:r w:rsidRPr="00757BC1">
        <w:rPr>
          <w:rFonts w:ascii="Arial" w:hAnsi="Arial" w:cs="Arial"/>
        </w:rPr>
        <w:t xml:space="preserve"> est agent public.</w:t>
      </w:r>
    </w:p>
    <w:p w:rsidR="003F6B29" w:rsidRPr="00757BC1" w:rsidRDefault="00757BC1" w:rsidP="00757BC1">
      <w:pPr>
        <w:pStyle w:val="Titre1"/>
        <w:spacing w:line="26" w:lineRule="atLeast"/>
        <w:rPr>
          <w:rFonts w:ascii="Arial" w:hAnsi="Arial" w:cs="Arial"/>
        </w:rPr>
      </w:pPr>
      <w:r w:rsidRPr="00757BC1">
        <w:rPr>
          <w:rFonts w:ascii="Arial" w:hAnsi="Arial" w:cs="Arial"/>
        </w:rPr>
        <w:t>5 Pièces à joindre selon votre situation</w:t>
      </w:r>
    </w:p>
    <w:p w:rsidR="003F6B29" w:rsidRPr="00757BC1" w:rsidRDefault="00757BC1" w:rsidP="00757BC1">
      <w:pPr>
        <w:spacing w:line="26" w:lineRule="atLeast"/>
        <w:rPr>
          <w:rFonts w:ascii="Arial" w:hAnsi="Arial" w:cs="Arial"/>
        </w:rPr>
      </w:pPr>
      <w:r w:rsidRPr="00757BC1">
        <w:rPr>
          <w:rFonts w:ascii="Arial" w:hAnsi="Arial" w:cs="Arial"/>
        </w:rPr>
        <w:t>□ Fiche de la page 3 pour chaque enfant de 16 à moins de 20 ans.</w:t>
      </w:r>
      <w:r w:rsidRPr="00757BC1">
        <w:rPr>
          <w:rFonts w:ascii="Arial" w:hAnsi="Arial" w:cs="Arial"/>
        </w:rPr>
        <w:br/>
        <w:t>□ Attestation de l’employeur de l’autre parent (page 4) si nécessaire au contrôle du non-cumul.</w:t>
      </w:r>
      <w:r w:rsidRPr="00757BC1">
        <w:rPr>
          <w:rFonts w:ascii="Arial" w:hAnsi="Arial" w:cs="Arial"/>
        </w:rPr>
        <w:br/>
        <w:t>□ Choix commun du bénéficiaire (pag</w:t>
      </w:r>
      <w:r w:rsidRPr="00757BC1">
        <w:rPr>
          <w:rFonts w:ascii="Arial" w:hAnsi="Arial" w:cs="Arial"/>
        </w:rPr>
        <w:t>e 4) si les deux membres du couple sont agents publics et si ce choix doit être établi ou modifié.</w:t>
      </w:r>
      <w:r w:rsidRPr="00757BC1">
        <w:rPr>
          <w:rFonts w:ascii="Arial" w:hAnsi="Arial" w:cs="Arial"/>
        </w:rPr>
        <w:br/>
        <w:t>□ Justificatif de séparation ou de résidence des enfants, si nouveau ou modifié.</w:t>
      </w:r>
      <w:r w:rsidRPr="00757BC1">
        <w:rPr>
          <w:rFonts w:ascii="Arial" w:hAnsi="Arial" w:cs="Arial"/>
        </w:rPr>
        <w:br/>
        <w:t>□ Livret de famille ou acte de naissance pour un enfant non encore déclaré.</w:t>
      </w:r>
      <w:r w:rsidRPr="00757BC1">
        <w:rPr>
          <w:rFonts w:ascii="Arial" w:hAnsi="Arial" w:cs="Arial"/>
        </w:rPr>
        <w:br/>
      </w:r>
      <w:r w:rsidRPr="00757BC1">
        <w:rPr>
          <w:rFonts w:ascii="Arial" w:hAnsi="Arial" w:cs="Arial"/>
        </w:rPr>
        <w:t>□ Attestation CAF ou MSA récente si utile, ou autre preuve de la charge effective.</w:t>
      </w:r>
      <w:r w:rsidRPr="00757BC1">
        <w:rPr>
          <w:rFonts w:ascii="Arial" w:hAnsi="Arial" w:cs="Arial"/>
        </w:rPr>
        <w:br/>
        <w:t>□ Autres pièces demandées par le service RH : ……………………………………………………</w:t>
      </w:r>
    </w:p>
    <w:p w:rsidR="003F6B29" w:rsidRPr="00757BC1" w:rsidRDefault="00757BC1" w:rsidP="00757BC1">
      <w:pPr>
        <w:spacing w:line="26" w:lineRule="atLeast"/>
        <w:rPr>
          <w:rFonts w:ascii="Arial" w:hAnsi="Arial" w:cs="Arial"/>
        </w:rPr>
      </w:pPr>
      <w:r w:rsidRPr="00757BC1">
        <w:rPr>
          <w:rFonts w:ascii="Arial" w:hAnsi="Arial" w:cs="Arial"/>
        </w:rPr>
        <w:t>Ne transmettez pas à nouveau les pièces inchangées déjà présentes dans votre dossier, sauf demande du serv</w:t>
      </w:r>
      <w:r w:rsidRPr="00757BC1">
        <w:rPr>
          <w:rFonts w:ascii="Arial" w:hAnsi="Arial" w:cs="Arial"/>
        </w:rPr>
        <w:t>ice. Ne joignez pas de dossier médical ni de numéro de sécurité sociale à ce formulaire.</w:t>
      </w:r>
    </w:p>
    <w:p w:rsidR="003F6B29" w:rsidRPr="00757BC1" w:rsidRDefault="00757BC1" w:rsidP="00757BC1">
      <w:pPr>
        <w:pStyle w:val="Titre1"/>
        <w:spacing w:line="26" w:lineRule="atLeast"/>
        <w:rPr>
          <w:rFonts w:ascii="Arial" w:hAnsi="Arial" w:cs="Arial"/>
        </w:rPr>
      </w:pPr>
      <w:r w:rsidRPr="00757BC1">
        <w:rPr>
          <w:rFonts w:ascii="Arial" w:hAnsi="Arial" w:cs="Arial"/>
        </w:rPr>
        <w:t>6 Engagement de l’agent</w:t>
      </w:r>
    </w:p>
    <w:p w:rsidR="003F6B29" w:rsidRPr="00757BC1" w:rsidRDefault="00757BC1" w:rsidP="00757BC1">
      <w:pPr>
        <w:spacing w:line="26" w:lineRule="atLeast"/>
        <w:rPr>
          <w:rFonts w:ascii="Arial" w:hAnsi="Arial" w:cs="Arial"/>
        </w:rPr>
      </w:pPr>
      <w:r w:rsidRPr="00757BC1">
        <w:rPr>
          <w:rFonts w:ascii="Arial" w:hAnsi="Arial" w:cs="Arial"/>
        </w:rPr>
        <w:t>Je certifie l’exactitude des renseignements déclarés et la charge effective et permanente des enfants indiqués, sous réserve des modalités préc</w:t>
      </w:r>
      <w:r w:rsidRPr="00757BC1">
        <w:rPr>
          <w:rFonts w:ascii="Arial" w:hAnsi="Arial" w:cs="Arial"/>
        </w:rPr>
        <w:t>isées pour leur résidence. Je m’engage à signaler sans délai tout changement susceptible de modifier mes droits. Un versement indu peut donner lieu à régularisation dans les conditions légales.</w:t>
      </w:r>
    </w:p>
    <w:p w:rsidR="003F6B29" w:rsidRPr="00757BC1" w:rsidRDefault="00757BC1" w:rsidP="00757BC1">
      <w:pPr>
        <w:spacing w:line="26" w:lineRule="atLeast"/>
        <w:rPr>
          <w:rFonts w:ascii="Arial" w:hAnsi="Arial" w:cs="Arial"/>
        </w:rPr>
      </w:pPr>
      <w:r w:rsidRPr="00757BC1">
        <w:rPr>
          <w:rFonts w:ascii="Arial" w:hAnsi="Arial" w:cs="Arial"/>
        </w:rPr>
        <w:t>Fait à : ………………………………… Le : …… / …… / …………</w:t>
      </w:r>
      <w:r w:rsidRPr="00757BC1">
        <w:rPr>
          <w:rFonts w:ascii="Arial" w:hAnsi="Arial" w:cs="Arial"/>
        </w:rPr>
        <w:br/>
        <w:t>Signature de l’agen</w:t>
      </w:r>
      <w:r w:rsidRPr="00757BC1">
        <w:rPr>
          <w:rFonts w:ascii="Arial" w:hAnsi="Arial" w:cs="Arial"/>
        </w:rPr>
        <w:t>t :</w:t>
      </w:r>
    </w:p>
    <w:p w:rsidR="003F6B29" w:rsidRPr="00757BC1" w:rsidRDefault="00757BC1" w:rsidP="00757BC1">
      <w:pPr>
        <w:pStyle w:val="Titre1"/>
        <w:spacing w:line="26" w:lineRule="atLeast"/>
        <w:rPr>
          <w:rFonts w:ascii="Arial" w:hAnsi="Arial" w:cs="Arial"/>
        </w:rPr>
      </w:pPr>
      <w:r w:rsidRPr="00757BC1">
        <w:rPr>
          <w:rFonts w:ascii="Arial" w:hAnsi="Arial" w:cs="Arial"/>
        </w:rPr>
        <w:t>Protection des données</w:t>
      </w:r>
    </w:p>
    <w:p w:rsidR="003F6B29" w:rsidRPr="00757BC1" w:rsidRDefault="00757BC1" w:rsidP="00757BC1">
      <w:pPr>
        <w:spacing w:line="26" w:lineRule="atLeast"/>
        <w:rPr>
          <w:rFonts w:ascii="Arial" w:hAnsi="Arial" w:cs="Arial"/>
        </w:rPr>
      </w:pPr>
      <w:r w:rsidRPr="00757BC1">
        <w:rPr>
          <w:rFonts w:ascii="Arial" w:hAnsi="Arial" w:cs="Arial"/>
        </w:rPr>
        <w:t>Les données sont utilisées pour vérifier et gérer vos droits au SFT. Elles sont destinées aux services habilités de votre employeur et, si nécessaire, au CDG25 dans le cadre de sa mission. Avant diffusion, l’employeur complète le</w:t>
      </w:r>
      <w:r w:rsidRPr="00757BC1">
        <w:rPr>
          <w:rFonts w:ascii="Arial" w:hAnsi="Arial" w:cs="Arial"/>
        </w:rPr>
        <w:t>s coordonnées du responsable de traitement et du DPO, les durées de conservation et le lien vers la notice précisant la base légale et les droits applicables.</w:t>
      </w:r>
      <w:r w:rsidRPr="00757BC1">
        <w:rPr>
          <w:rFonts w:ascii="Arial" w:hAnsi="Arial" w:cs="Arial"/>
        </w:rPr>
        <w:br/>
        <w:t>Notice et contact : [à compléter par l’employeur avec son DPO].</w:t>
      </w:r>
    </w:p>
    <w:p w:rsidR="003F6B29" w:rsidRPr="00757BC1" w:rsidRDefault="00757BC1" w:rsidP="00757BC1">
      <w:pPr>
        <w:spacing w:line="26" w:lineRule="atLeast"/>
        <w:rPr>
          <w:rFonts w:ascii="Arial" w:hAnsi="Arial" w:cs="Arial"/>
        </w:rPr>
      </w:pPr>
      <w:r w:rsidRPr="00757BC1">
        <w:rPr>
          <w:rFonts w:ascii="Arial" w:hAnsi="Arial" w:cs="Arial"/>
        </w:rPr>
        <w:br w:type="page"/>
      </w:r>
    </w:p>
    <w:p w:rsidR="003F6B29" w:rsidRPr="00757BC1" w:rsidRDefault="00757BC1" w:rsidP="00757BC1">
      <w:pPr>
        <w:pStyle w:val="Titre"/>
        <w:spacing w:line="26" w:lineRule="atLeast"/>
        <w:rPr>
          <w:rFonts w:ascii="Arial" w:hAnsi="Arial" w:cs="Arial"/>
        </w:rPr>
      </w:pPr>
      <w:r w:rsidRPr="00757BC1">
        <w:rPr>
          <w:rFonts w:ascii="Arial" w:hAnsi="Arial" w:cs="Arial"/>
        </w:rPr>
        <w:lastRenderedPageBreak/>
        <w:t>Enfant de 16 à moins de 20 ans</w:t>
      </w:r>
    </w:p>
    <w:p w:rsidR="003F6B29" w:rsidRPr="00757BC1" w:rsidRDefault="00757BC1" w:rsidP="00757BC1">
      <w:pPr>
        <w:spacing w:line="26" w:lineRule="atLeast"/>
        <w:rPr>
          <w:rFonts w:ascii="Arial" w:hAnsi="Arial" w:cs="Arial"/>
        </w:rPr>
      </w:pPr>
      <w:r w:rsidRPr="00757BC1">
        <w:rPr>
          <w:rFonts w:ascii="Arial" w:hAnsi="Arial" w:cs="Arial"/>
        </w:rPr>
        <w:t>Annexe à reproduire pour chaque enfant concerné. Situation au : …… / …… / …………</w:t>
      </w:r>
    </w:p>
    <w:p w:rsidR="003F6B29" w:rsidRPr="00757BC1" w:rsidRDefault="00757BC1" w:rsidP="00757BC1">
      <w:pPr>
        <w:pStyle w:val="Titre1"/>
        <w:spacing w:line="26" w:lineRule="atLeast"/>
        <w:rPr>
          <w:rFonts w:ascii="Arial" w:hAnsi="Arial" w:cs="Arial"/>
        </w:rPr>
      </w:pPr>
      <w:r w:rsidRPr="00757BC1">
        <w:rPr>
          <w:rFonts w:ascii="Arial" w:hAnsi="Arial" w:cs="Arial"/>
        </w:rPr>
        <w:t>1 Identification</w:t>
      </w:r>
    </w:p>
    <w:p w:rsidR="003F6B29" w:rsidRPr="00757BC1" w:rsidRDefault="00757BC1" w:rsidP="00757BC1">
      <w:pPr>
        <w:spacing w:line="26" w:lineRule="atLeast"/>
        <w:rPr>
          <w:rFonts w:ascii="Arial" w:hAnsi="Arial" w:cs="Arial"/>
        </w:rPr>
      </w:pPr>
      <w:r w:rsidRPr="00757BC1">
        <w:rPr>
          <w:rFonts w:ascii="Arial" w:hAnsi="Arial" w:cs="Arial"/>
        </w:rPr>
        <w:t>Agent : ……………………………………………………………………………………………………</w:t>
      </w:r>
      <w:r w:rsidRPr="00757BC1">
        <w:rPr>
          <w:rFonts w:ascii="Arial" w:hAnsi="Arial" w:cs="Arial"/>
        </w:rPr>
        <w:br/>
        <w:t>Enfant : nom et prénom : …………………………………………………………………………………</w:t>
      </w:r>
      <w:r w:rsidRPr="00757BC1">
        <w:rPr>
          <w:rFonts w:ascii="Arial" w:hAnsi="Arial" w:cs="Arial"/>
        </w:rPr>
        <w:br/>
        <w:t>Date de naissance : …… / …… / …………</w:t>
      </w:r>
    </w:p>
    <w:p w:rsidR="003F6B29" w:rsidRPr="00757BC1" w:rsidRDefault="00757BC1" w:rsidP="00757BC1">
      <w:pPr>
        <w:pStyle w:val="Titre1"/>
        <w:spacing w:line="26" w:lineRule="atLeast"/>
        <w:rPr>
          <w:rFonts w:ascii="Arial" w:hAnsi="Arial" w:cs="Arial"/>
        </w:rPr>
      </w:pPr>
      <w:r w:rsidRPr="00757BC1">
        <w:rPr>
          <w:rFonts w:ascii="Arial" w:hAnsi="Arial" w:cs="Arial"/>
        </w:rPr>
        <w:t xml:space="preserve">2 Situation actuelle </w:t>
      </w:r>
      <w:r w:rsidRPr="00757BC1">
        <w:rPr>
          <w:rFonts w:ascii="Arial" w:hAnsi="Arial" w:cs="Arial"/>
        </w:rPr>
        <w:t>de l’enfant</w:t>
      </w:r>
    </w:p>
    <w:p w:rsidR="003F6B29" w:rsidRPr="00757BC1" w:rsidRDefault="00757BC1" w:rsidP="00757BC1">
      <w:pPr>
        <w:spacing w:line="26" w:lineRule="atLeast"/>
        <w:rPr>
          <w:rFonts w:ascii="Arial" w:hAnsi="Arial" w:cs="Arial"/>
        </w:rPr>
      </w:pPr>
      <w:r w:rsidRPr="00757BC1">
        <w:rPr>
          <w:rFonts w:ascii="Arial" w:hAnsi="Arial" w:cs="Arial"/>
        </w:rPr>
        <w:t>□ Collégien, lycéen ou étudiant : joindre un certificat de scolarité.</w:t>
      </w:r>
      <w:r w:rsidRPr="00757BC1">
        <w:rPr>
          <w:rFonts w:ascii="Arial" w:hAnsi="Arial" w:cs="Arial"/>
        </w:rPr>
        <w:br/>
        <w:t>□ Apprenti : joindre le contrat et les justificatifs de rémunération.</w:t>
      </w:r>
      <w:r w:rsidRPr="00757BC1">
        <w:rPr>
          <w:rFonts w:ascii="Arial" w:hAnsi="Arial" w:cs="Arial"/>
        </w:rPr>
        <w:br/>
        <w:t>□ Salarié : joindre les justificatifs de rémunération.</w:t>
      </w:r>
      <w:r w:rsidRPr="00757BC1">
        <w:rPr>
          <w:rFonts w:ascii="Arial" w:hAnsi="Arial" w:cs="Arial"/>
        </w:rPr>
        <w:br/>
        <w:t>□ Stagiaire en formation professionnelle : joindr</w:t>
      </w:r>
      <w:r w:rsidRPr="00757BC1">
        <w:rPr>
          <w:rFonts w:ascii="Arial" w:hAnsi="Arial" w:cs="Arial"/>
        </w:rPr>
        <w:t>e une attestation précisant les dates et la rémunération.</w:t>
      </w:r>
      <w:r w:rsidRPr="00757BC1">
        <w:rPr>
          <w:rFonts w:ascii="Arial" w:hAnsi="Arial" w:cs="Arial"/>
        </w:rPr>
        <w:br/>
        <w:t>□ Sans activité professionnelle.</w:t>
      </w:r>
      <w:r w:rsidRPr="00757BC1">
        <w:rPr>
          <w:rFonts w:ascii="Arial" w:hAnsi="Arial" w:cs="Arial"/>
        </w:rPr>
        <w:br/>
        <w:t>□ Autre situation : ………………………………………………………………………………………</w:t>
      </w:r>
      <w:r w:rsidRPr="00757BC1">
        <w:rPr>
          <w:rFonts w:ascii="Arial" w:hAnsi="Arial" w:cs="Arial"/>
        </w:rPr>
        <w:br/>
        <w:t>Date de début et, si connue, de fin de cette situation : ………………………………………………</w:t>
      </w:r>
    </w:p>
    <w:p w:rsidR="003F6B29" w:rsidRPr="00757BC1" w:rsidRDefault="00757BC1" w:rsidP="00757BC1">
      <w:pPr>
        <w:pStyle w:val="Titre1"/>
        <w:spacing w:line="26" w:lineRule="atLeast"/>
        <w:rPr>
          <w:rFonts w:ascii="Arial" w:hAnsi="Arial" w:cs="Arial"/>
        </w:rPr>
      </w:pPr>
      <w:r w:rsidRPr="00757BC1">
        <w:rPr>
          <w:rFonts w:ascii="Arial" w:hAnsi="Arial" w:cs="Arial"/>
        </w:rPr>
        <w:t>3 Activité et rémunération</w:t>
      </w:r>
    </w:p>
    <w:p w:rsidR="003F6B29" w:rsidRPr="00757BC1" w:rsidRDefault="00757BC1" w:rsidP="00757BC1">
      <w:pPr>
        <w:spacing w:line="26" w:lineRule="atLeast"/>
        <w:rPr>
          <w:rFonts w:ascii="Arial" w:hAnsi="Arial" w:cs="Arial"/>
        </w:rPr>
      </w:pPr>
      <w:r w:rsidRPr="00757BC1">
        <w:rPr>
          <w:rFonts w:ascii="Arial" w:hAnsi="Arial" w:cs="Arial"/>
        </w:rPr>
        <w:t>L’enfant</w:t>
      </w:r>
      <w:r w:rsidRPr="00757BC1">
        <w:rPr>
          <w:rFonts w:ascii="Arial" w:hAnsi="Arial" w:cs="Arial"/>
        </w:rPr>
        <w:t xml:space="preserve"> a-t-il exercé une activité rémunérée depuis la précédente déclaration ?</w:t>
      </w:r>
      <w:r w:rsidRPr="00757BC1">
        <w:rPr>
          <w:rFonts w:ascii="Arial" w:hAnsi="Arial" w:cs="Arial"/>
        </w:rPr>
        <w:br/>
        <w:t>□ Non  □ Oui : préciser les périodes et joindre les justificatifs utiles.</w:t>
      </w:r>
      <w:r w:rsidRPr="00757BC1">
        <w:rPr>
          <w:rFonts w:ascii="Arial" w:hAnsi="Arial" w:cs="Arial"/>
        </w:rPr>
        <w:br/>
        <w:t>……………………………………………………………………………………………………………</w:t>
      </w:r>
      <w:r w:rsidRPr="00757BC1">
        <w:rPr>
          <w:rFonts w:ascii="Arial" w:hAnsi="Arial" w:cs="Arial"/>
        </w:rPr>
        <w:br/>
        <w:t>……………………………………………………………………………………………………………</w:t>
      </w:r>
      <w:r w:rsidRPr="00757BC1">
        <w:rPr>
          <w:rFonts w:ascii="Arial" w:hAnsi="Arial" w:cs="Arial"/>
        </w:rPr>
        <w:br/>
        <w:t>Rémunération nette et moi</w:t>
      </w:r>
      <w:r w:rsidRPr="00757BC1">
        <w:rPr>
          <w:rFonts w:ascii="Arial" w:hAnsi="Arial" w:cs="Arial"/>
        </w:rPr>
        <w:t>s concernés : ………………………………………………………………</w:t>
      </w:r>
      <w:r w:rsidRPr="00757BC1">
        <w:rPr>
          <w:rFonts w:ascii="Arial" w:hAnsi="Arial" w:cs="Arial"/>
        </w:rPr>
        <w:br/>
        <w:t>……………………………………………………………………………………………………………</w:t>
      </w:r>
    </w:p>
    <w:p w:rsidR="003F6B29" w:rsidRPr="00757BC1" w:rsidRDefault="00757BC1" w:rsidP="00757BC1">
      <w:pPr>
        <w:spacing w:line="26" w:lineRule="atLeast"/>
        <w:rPr>
          <w:rFonts w:ascii="Arial" w:hAnsi="Arial" w:cs="Arial"/>
        </w:rPr>
      </w:pPr>
      <w:r w:rsidRPr="00757BC1">
        <w:rPr>
          <w:rFonts w:ascii="Arial" w:hAnsi="Arial" w:cs="Arial"/>
        </w:rPr>
        <w:t xml:space="preserve">Une activité professionnelle n’exclut pas automatiquement le droit au SFT. Le service RH compare les rémunérations au plafond réglementaire prévu à l’article R. 512-2 du code </w:t>
      </w:r>
      <w:r w:rsidRPr="00757BC1">
        <w:rPr>
          <w:rFonts w:ascii="Arial" w:hAnsi="Arial" w:cs="Arial"/>
        </w:rPr>
        <w:t>de la sécurité sociale, soit 55 % du SMIC horaire brut multiplié par 169. Pour les étudiants salariés, les règles d’appréciation sur six mois peuvent nécessiter plusieurs bulletins de salaire.</w:t>
      </w:r>
    </w:p>
    <w:p w:rsidR="003F6B29" w:rsidRPr="00757BC1" w:rsidRDefault="00757BC1" w:rsidP="00757BC1">
      <w:pPr>
        <w:pStyle w:val="Titre1"/>
        <w:spacing w:line="26" w:lineRule="atLeast"/>
        <w:rPr>
          <w:rFonts w:ascii="Arial" w:hAnsi="Arial" w:cs="Arial"/>
        </w:rPr>
      </w:pPr>
      <w:r w:rsidRPr="00757BC1">
        <w:rPr>
          <w:rFonts w:ascii="Arial" w:hAnsi="Arial" w:cs="Arial"/>
        </w:rPr>
        <w:t>4 Prestations perçues et charge effective</w:t>
      </w:r>
    </w:p>
    <w:p w:rsidR="003F6B29" w:rsidRPr="00757BC1" w:rsidRDefault="00757BC1" w:rsidP="00757BC1">
      <w:pPr>
        <w:spacing w:line="26" w:lineRule="atLeast"/>
        <w:rPr>
          <w:rFonts w:ascii="Arial" w:hAnsi="Arial" w:cs="Arial"/>
        </w:rPr>
      </w:pPr>
      <w:r w:rsidRPr="00757BC1">
        <w:rPr>
          <w:rFonts w:ascii="Arial" w:hAnsi="Arial" w:cs="Arial"/>
        </w:rPr>
        <w:t>L’enfant perçoit-il p</w:t>
      </w:r>
      <w:r w:rsidRPr="00757BC1">
        <w:rPr>
          <w:rFonts w:ascii="Arial" w:hAnsi="Arial" w:cs="Arial"/>
        </w:rPr>
        <w:t>ersonnellement une aide au logement ou une autre prestation ?</w:t>
      </w:r>
      <w:r w:rsidRPr="00757BC1">
        <w:rPr>
          <w:rFonts w:ascii="Arial" w:hAnsi="Arial" w:cs="Arial"/>
        </w:rPr>
        <w:br/>
        <w:t>□ Non  □ Oui : nature, organisme et date de début : …………………………………………………</w:t>
      </w:r>
      <w:r w:rsidRPr="00757BC1">
        <w:rPr>
          <w:rFonts w:ascii="Arial" w:hAnsi="Arial" w:cs="Arial"/>
        </w:rPr>
        <w:br/>
        <w:t>……………………………………………………………………………………………………………</w:t>
      </w:r>
      <w:r w:rsidRPr="00757BC1">
        <w:rPr>
          <w:rFonts w:ascii="Arial" w:hAnsi="Arial" w:cs="Arial"/>
        </w:rPr>
        <w:br/>
        <w:t>Est-il conjoint ou partenaire d’une personne percevant des prestations ?</w:t>
      </w:r>
      <w:r w:rsidRPr="00757BC1">
        <w:rPr>
          <w:rFonts w:ascii="Arial" w:hAnsi="Arial" w:cs="Arial"/>
        </w:rPr>
        <w:br/>
        <w:t xml:space="preserve">□ Non  </w:t>
      </w:r>
      <w:r w:rsidRPr="00757BC1">
        <w:rPr>
          <w:rFonts w:ascii="Arial" w:hAnsi="Arial" w:cs="Arial"/>
        </w:rPr>
        <w:t>□ Oui  □ À préciser : ……………………………………………………………………………</w:t>
      </w:r>
      <w:r w:rsidRPr="00757BC1">
        <w:rPr>
          <w:rFonts w:ascii="Arial" w:hAnsi="Arial" w:cs="Arial"/>
        </w:rPr>
        <w:br/>
        <w:t>Le service RH examine la nature exacte des prestations et leurs conséquences sur les droits.</w:t>
      </w:r>
    </w:p>
    <w:p w:rsidR="003F6B29" w:rsidRPr="00757BC1" w:rsidRDefault="00757BC1" w:rsidP="00757BC1">
      <w:pPr>
        <w:spacing w:line="26" w:lineRule="atLeast"/>
        <w:rPr>
          <w:rFonts w:ascii="Arial" w:hAnsi="Arial" w:cs="Arial"/>
        </w:rPr>
      </w:pPr>
      <w:r w:rsidRPr="00757BC1">
        <w:rPr>
          <w:rFonts w:ascii="Arial" w:hAnsi="Arial" w:cs="Arial"/>
        </w:rPr>
        <w:t xml:space="preserve">Précisez les conditions dans lesquelles vous continuez à assurer son entretien, notamment s’il ne réside pas à </w:t>
      </w:r>
      <w:r w:rsidRPr="00757BC1">
        <w:rPr>
          <w:rFonts w:ascii="Arial" w:hAnsi="Arial" w:cs="Arial"/>
        </w:rPr>
        <w:t>votre domicile ou s’il n’est plus scolarisé :</w:t>
      </w:r>
      <w:r w:rsidRPr="00757BC1">
        <w:rPr>
          <w:rFonts w:ascii="Arial" w:hAnsi="Arial" w:cs="Arial"/>
        </w:rPr>
        <w:br/>
        <w:t>……………………………………………………………………………………………………………</w:t>
      </w:r>
      <w:r w:rsidRPr="00757BC1">
        <w:rPr>
          <w:rFonts w:ascii="Arial" w:hAnsi="Arial" w:cs="Arial"/>
        </w:rPr>
        <w:br/>
        <w:t>……………………………………………………………………………………………………………</w:t>
      </w:r>
    </w:p>
    <w:p w:rsidR="003F6B29" w:rsidRPr="00757BC1" w:rsidRDefault="00757BC1" w:rsidP="00757BC1">
      <w:pPr>
        <w:pStyle w:val="Titre1"/>
        <w:spacing w:line="26" w:lineRule="atLeast"/>
        <w:rPr>
          <w:rFonts w:ascii="Arial" w:hAnsi="Arial" w:cs="Arial"/>
        </w:rPr>
      </w:pPr>
      <w:r w:rsidRPr="00757BC1">
        <w:rPr>
          <w:rFonts w:ascii="Arial" w:hAnsi="Arial" w:cs="Arial"/>
        </w:rPr>
        <w:t>5 Déclaration</w:t>
      </w:r>
    </w:p>
    <w:p w:rsidR="003F6B29" w:rsidRPr="00757BC1" w:rsidRDefault="00757BC1" w:rsidP="00757BC1">
      <w:pPr>
        <w:spacing w:line="26" w:lineRule="atLeast"/>
        <w:rPr>
          <w:rFonts w:ascii="Arial" w:hAnsi="Arial" w:cs="Arial"/>
        </w:rPr>
      </w:pPr>
      <w:r w:rsidRPr="00757BC1">
        <w:rPr>
          <w:rFonts w:ascii="Arial" w:hAnsi="Arial" w:cs="Arial"/>
        </w:rPr>
        <w:t>Je certifie l’exactitude de ces renseignements et m’engage à signaler sans délai tout changement dans la situati</w:t>
      </w:r>
      <w:r w:rsidRPr="00757BC1">
        <w:rPr>
          <w:rFonts w:ascii="Arial" w:hAnsi="Arial" w:cs="Arial"/>
        </w:rPr>
        <w:t>on de cet enfant.</w:t>
      </w:r>
      <w:r w:rsidRPr="00757BC1">
        <w:rPr>
          <w:rFonts w:ascii="Arial" w:hAnsi="Arial" w:cs="Arial"/>
        </w:rPr>
        <w:br/>
        <w:t>Fait à : ………………………………… Le : …… / …… / …………</w:t>
      </w:r>
      <w:r w:rsidRPr="00757BC1">
        <w:rPr>
          <w:rFonts w:ascii="Arial" w:hAnsi="Arial" w:cs="Arial"/>
        </w:rPr>
        <w:br/>
        <w:t>Signature de l’agent :</w:t>
      </w:r>
    </w:p>
    <w:p w:rsidR="003F6B29" w:rsidRPr="00757BC1" w:rsidRDefault="00757BC1" w:rsidP="00757BC1">
      <w:pPr>
        <w:spacing w:line="26" w:lineRule="atLeast"/>
        <w:rPr>
          <w:rFonts w:ascii="Arial" w:hAnsi="Arial" w:cs="Arial"/>
        </w:rPr>
      </w:pPr>
      <w:r w:rsidRPr="00757BC1">
        <w:rPr>
          <w:rFonts w:ascii="Arial" w:hAnsi="Arial" w:cs="Arial"/>
        </w:rPr>
        <w:t>Le droit au titre de cet enfant cesse au début du mois de ses 20 ans. Les changements de situation doivent être signalés avant cette échéance.</w:t>
      </w:r>
    </w:p>
    <w:p w:rsidR="003F6B29" w:rsidRPr="00757BC1" w:rsidRDefault="00757BC1" w:rsidP="00757BC1">
      <w:pPr>
        <w:spacing w:line="26" w:lineRule="atLeast"/>
        <w:rPr>
          <w:rFonts w:ascii="Arial" w:hAnsi="Arial" w:cs="Arial"/>
        </w:rPr>
      </w:pPr>
      <w:r w:rsidRPr="00757BC1">
        <w:rPr>
          <w:rFonts w:ascii="Arial" w:hAnsi="Arial" w:cs="Arial"/>
        </w:rPr>
        <w:br w:type="page"/>
      </w:r>
    </w:p>
    <w:p w:rsidR="003F6B29" w:rsidRPr="00757BC1" w:rsidRDefault="00757BC1" w:rsidP="00757BC1">
      <w:pPr>
        <w:pStyle w:val="Titre"/>
        <w:spacing w:line="26" w:lineRule="atLeast"/>
        <w:rPr>
          <w:rFonts w:ascii="Arial" w:hAnsi="Arial" w:cs="Arial"/>
        </w:rPr>
      </w:pPr>
      <w:r w:rsidRPr="00757BC1">
        <w:rPr>
          <w:rFonts w:ascii="Arial" w:hAnsi="Arial" w:cs="Arial"/>
        </w:rPr>
        <w:lastRenderedPageBreak/>
        <w:t xml:space="preserve">Attestations </w:t>
      </w:r>
      <w:proofErr w:type="spellStart"/>
      <w:r w:rsidRPr="00757BC1">
        <w:rPr>
          <w:rFonts w:ascii="Arial" w:hAnsi="Arial" w:cs="Arial"/>
        </w:rPr>
        <w:t>complémentaires</w:t>
      </w:r>
      <w:proofErr w:type="spellEnd"/>
    </w:p>
    <w:p w:rsidR="003F6B29" w:rsidRPr="00757BC1" w:rsidRDefault="00757BC1" w:rsidP="00757BC1">
      <w:pPr>
        <w:spacing w:line="26" w:lineRule="atLeast"/>
        <w:rPr>
          <w:rFonts w:ascii="Arial" w:hAnsi="Arial" w:cs="Arial"/>
        </w:rPr>
      </w:pPr>
      <w:r w:rsidRPr="00757BC1">
        <w:rPr>
          <w:rFonts w:ascii="Arial" w:hAnsi="Arial" w:cs="Arial"/>
        </w:rPr>
        <w:t>À compléter uniquement si nécessaire. Une attestation distincte peut être demandée pour chaque autre parent concerné.</w:t>
      </w:r>
    </w:p>
    <w:p w:rsidR="003F6B29" w:rsidRPr="00757BC1" w:rsidRDefault="00757BC1" w:rsidP="00757BC1">
      <w:pPr>
        <w:pStyle w:val="Titre1"/>
        <w:spacing w:line="26" w:lineRule="atLeast"/>
        <w:rPr>
          <w:rFonts w:ascii="Arial" w:hAnsi="Arial" w:cs="Arial"/>
        </w:rPr>
      </w:pPr>
      <w:r w:rsidRPr="00757BC1">
        <w:rPr>
          <w:rFonts w:ascii="Arial" w:hAnsi="Arial" w:cs="Arial"/>
        </w:rPr>
        <w:t>1 Attestation de l’employeur de l’autre parent</w:t>
      </w:r>
    </w:p>
    <w:p w:rsidR="003F6B29" w:rsidRPr="00757BC1" w:rsidRDefault="00757BC1" w:rsidP="00757BC1">
      <w:pPr>
        <w:spacing w:line="26" w:lineRule="atLeast"/>
        <w:rPr>
          <w:rFonts w:ascii="Arial" w:hAnsi="Arial" w:cs="Arial"/>
        </w:rPr>
      </w:pPr>
      <w:r w:rsidRPr="00757BC1">
        <w:rPr>
          <w:rFonts w:ascii="Arial" w:hAnsi="Arial" w:cs="Arial"/>
        </w:rPr>
        <w:t>Nom et prénom du salarié ou de l’agent : ………………………………………………………………</w:t>
      </w:r>
      <w:r w:rsidRPr="00757BC1">
        <w:rPr>
          <w:rFonts w:ascii="Arial" w:hAnsi="Arial" w:cs="Arial"/>
        </w:rPr>
        <w:br/>
        <w:t>Employeur</w:t>
      </w:r>
      <w:r w:rsidRPr="00757BC1">
        <w:rPr>
          <w:rFonts w:ascii="Arial" w:hAnsi="Arial" w:cs="Arial"/>
        </w:rPr>
        <w:t>, nature juridique et adresse : ………………………………………………………………</w:t>
      </w:r>
      <w:r w:rsidRPr="00757BC1">
        <w:rPr>
          <w:rFonts w:ascii="Arial" w:hAnsi="Arial" w:cs="Arial"/>
        </w:rPr>
        <w:br/>
        <w:t>……………………………………………………………………………………………………………</w:t>
      </w:r>
      <w:r w:rsidRPr="00757BC1">
        <w:rPr>
          <w:rFonts w:ascii="Arial" w:hAnsi="Arial" w:cs="Arial"/>
        </w:rPr>
        <w:br/>
        <w:t>Service à contacter et coordonnées professionnelles : ………………………………………………</w:t>
      </w:r>
    </w:p>
    <w:p w:rsidR="003F6B29" w:rsidRPr="00757BC1" w:rsidRDefault="00757BC1" w:rsidP="00757BC1">
      <w:pPr>
        <w:spacing w:line="26" w:lineRule="atLeast"/>
        <w:rPr>
          <w:rFonts w:ascii="Arial" w:hAnsi="Arial" w:cs="Arial"/>
        </w:rPr>
      </w:pPr>
      <w:r w:rsidRPr="00757BC1">
        <w:rPr>
          <w:rFonts w:ascii="Arial" w:hAnsi="Arial" w:cs="Arial"/>
        </w:rPr>
        <w:t>Enfants concernés :</w:t>
      </w:r>
      <w:r w:rsidRPr="00757BC1">
        <w:rPr>
          <w:rFonts w:ascii="Arial" w:hAnsi="Arial" w:cs="Arial"/>
        </w:rPr>
        <w:br/>
        <w:t>……………………………………………………………………………………………………………</w:t>
      </w:r>
      <w:r w:rsidRPr="00757BC1">
        <w:rPr>
          <w:rFonts w:ascii="Arial" w:hAnsi="Arial" w:cs="Arial"/>
        </w:rPr>
        <w:br/>
        <w:t>…………………………………………………………</w:t>
      </w:r>
      <w:r w:rsidRPr="00757BC1">
        <w:rPr>
          <w:rFonts w:ascii="Arial" w:hAnsi="Arial" w:cs="Arial"/>
        </w:rPr>
        <w:t>…………………………………………………</w:t>
      </w:r>
    </w:p>
    <w:p w:rsidR="003F6B29" w:rsidRPr="00757BC1" w:rsidRDefault="00757BC1" w:rsidP="00757BC1">
      <w:pPr>
        <w:spacing w:line="26" w:lineRule="atLeast"/>
        <w:rPr>
          <w:rFonts w:ascii="Arial" w:hAnsi="Arial" w:cs="Arial"/>
        </w:rPr>
      </w:pPr>
      <w:r w:rsidRPr="00757BC1">
        <w:rPr>
          <w:rFonts w:ascii="Arial" w:hAnsi="Arial" w:cs="Arial"/>
        </w:rPr>
        <w:t>Pour ces enfants, je certifie que cette personne :</w:t>
      </w:r>
      <w:r w:rsidRPr="00757BC1">
        <w:rPr>
          <w:rFonts w:ascii="Arial" w:hAnsi="Arial" w:cs="Arial"/>
        </w:rPr>
        <w:br/>
        <w:t>□ Ne perçoit aucun SFT ni avantage de même nature versé par notre organisme.</w:t>
      </w:r>
      <w:r w:rsidRPr="00757BC1">
        <w:rPr>
          <w:rFonts w:ascii="Arial" w:hAnsi="Arial" w:cs="Arial"/>
        </w:rPr>
        <w:br/>
        <w:t>□ Perçoit un SFT ou un avantage de même nature.</w:t>
      </w:r>
      <w:r w:rsidRPr="00757BC1">
        <w:rPr>
          <w:rFonts w:ascii="Arial" w:hAnsi="Arial" w:cs="Arial"/>
        </w:rPr>
        <w:br/>
        <w:t>□ Perçoit une part de SFT au titre d’une résidence alternée.</w:t>
      </w:r>
      <w:r w:rsidRPr="00757BC1">
        <w:rPr>
          <w:rFonts w:ascii="Arial" w:hAnsi="Arial" w:cs="Arial"/>
        </w:rPr>
        <w:br/>
        <w:t>Nature de l’avantage, enfants concernés et périodes de versement ou de non-versement :</w:t>
      </w:r>
      <w:r w:rsidRPr="00757BC1">
        <w:rPr>
          <w:rFonts w:ascii="Arial" w:hAnsi="Arial" w:cs="Arial"/>
        </w:rPr>
        <w:br/>
        <w:t>……………………………………………………………………………………………………………</w:t>
      </w:r>
      <w:r w:rsidRPr="00757BC1">
        <w:rPr>
          <w:rFonts w:ascii="Arial" w:hAnsi="Arial" w:cs="Arial"/>
        </w:rPr>
        <w:br/>
        <w:t>……………………………………………………………………………………………………………</w:t>
      </w:r>
      <w:r w:rsidRPr="00757BC1">
        <w:rPr>
          <w:rFonts w:ascii="Arial" w:hAnsi="Arial" w:cs="Arial"/>
        </w:rPr>
        <w:br/>
        <w:t>Date de début ou de cessation, le cas échéant : ………………………………………………………</w:t>
      </w:r>
    </w:p>
    <w:p w:rsidR="003F6B29" w:rsidRPr="00757BC1" w:rsidRDefault="00757BC1" w:rsidP="00757BC1">
      <w:pPr>
        <w:spacing w:line="26" w:lineRule="atLeast"/>
        <w:rPr>
          <w:rFonts w:ascii="Arial" w:hAnsi="Arial" w:cs="Arial"/>
        </w:rPr>
      </w:pPr>
      <w:r w:rsidRPr="00757BC1">
        <w:rPr>
          <w:rFonts w:ascii="Arial" w:hAnsi="Arial" w:cs="Arial"/>
        </w:rPr>
        <w:t>Fait à : ……………</w:t>
      </w:r>
      <w:r w:rsidRPr="00757BC1">
        <w:rPr>
          <w:rFonts w:ascii="Arial" w:hAnsi="Arial" w:cs="Arial"/>
        </w:rPr>
        <w:t>…………………… Le : …… / …… / …………</w:t>
      </w:r>
      <w:r w:rsidRPr="00757BC1">
        <w:rPr>
          <w:rFonts w:ascii="Arial" w:hAnsi="Arial" w:cs="Arial"/>
        </w:rPr>
        <w:br/>
        <w:t>Nom et qualité du signataire : …………………………………………………………………………</w:t>
      </w:r>
      <w:r w:rsidRPr="00757BC1">
        <w:rPr>
          <w:rFonts w:ascii="Arial" w:hAnsi="Arial" w:cs="Arial"/>
        </w:rPr>
        <w:br/>
        <w:t>Signature et cachet :</w:t>
      </w:r>
    </w:p>
    <w:p w:rsidR="003F6B29" w:rsidRPr="00757BC1" w:rsidRDefault="00757BC1" w:rsidP="00757BC1">
      <w:pPr>
        <w:spacing w:line="26" w:lineRule="atLeast"/>
        <w:rPr>
          <w:rFonts w:ascii="Arial" w:hAnsi="Arial" w:cs="Arial"/>
        </w:rPr>
      </w:pPr>
      <w:r w:rsidRPr="00757BC1">
        <w:rPr>
          <w:rFonts w:ascii="Arial" w:hAnsi="Arial" w:cs="Arial"/>
        </w:rPr>
        <w:t>L’employeur de l’agent demandeur vérifie le champ du non-cumul prévu à l’article L. 712-11 du CGFP. Un avantage versé par un employeur privé hors</w:t>
      </w:r>
      <w:r w:rsidRPr="00757BC1">
        <w:rPr>
          <w:rFonts w:ascii="Arial" w:hAnsi="Arial" w:cs="Arial"/>
        </w:rPr>
        <w:t xml:space="preserve"> de ce champ n’interdit pas automatiquement le SFT.</w:t>
      </w:r>
    </w:p>
    <w:p w:rsidR="003F6B29" w:rsidRPr="00757BC1" w:rsidRDefault="00757BC1" w:rsidP="00757BC1">
      <w:pPr>
        <w:pStyle w:val="Titre1"/>
        <w:spacing w:line="26" w:lineRule="atLeast"/>
        <w:rPr>
          <w:rFonts w:ascii="Arial" w:hAnsi="Arial" w:cs="Arial"/>
        </w:rPr>
      </w:pPr>
      <w:bookmarkStart w:id="0" w:name="_GoBack"/>
      <w:r w:rsidRPr="00757BC1">
        <w:rPr>
          <w:rFonts w:ascii="Arial" w:hAnsi="Arial" w:cs="Arial"/>
        </w:rPr>
        <w:t>2 Choix commun du bénéficiaire pour un couple d’agents publics</w:t>
      </w:r>
    </w:p>
    <w:p w:rsidR="003F6B29" w:rsidRPr="00757BC1" w:rsidRDefault="00757BC1" w:rsidP="00757BC1">
      <w:pPr>
        <w:spacing w:line="26" w:lineRule="atLeast"/>
        <w:rPr>
          <w:rFonts w:ascii="Arial" w:hAnsi="Arial" w:cs="Arial"/>
        </w:rPr>
      </w:pPr>
      <w:r w:rsidRPr="00757BC1">
        <w:rPr>
          <w:rFonts w:ascii="Arial" w:hAnsi="Arial" w:cs="Arial"/>
        </w:rPr>
        <w:t>Nous soussignés :</w:t>
      </w:r>
      <w:r w:rsidRPr="00757BC1">
        <w:rPr>
          <w:rFonts w:ascii="Arial" w:hAnsi="Arial" w:cs="Arial"/>
        </w:rPr>
        <w:br/>
        <w:t>Agent 1 : ………………………………… Employeur : ………………………………………………</w:t>
      </w:r>
      <w:r w:rsidRPr="00757BC1">
        <w:rPr>
          <w:rFonts w:ascii="Arial" w:hAnsi="Arial" w:cs="Arial"/>
        </w:rPr>
        <w:br/>
        <w:t>Agent 2 : ………………………………… Employeur : ………………………………………………</w:t>
      </w:r>
      <w:r w:rsidRPr="00757BC1">
        <w:rPr>
          <w:rFonts w:ascii="Arial" w:hAnsi="Arial" w:cs="Arial"/>
        </w:rPr>
        <w:br/>
        <w:t>assumons la c</w:t>
      </w:r>
      <w:r w:rsidRPr="00757BC1">
        <w:rPr>
          <w:rFonts w:ascii="Arial" w:hAnsi="Arial" w:cs="Arial"/>
        </w:rPr>
        <w:t>harge des mêmes enfants désignés ci-dessous :</w:t>
      </w:r>
      <w:r w:rsidRPr="00757BC1">
        <w:rPr>
          <w:rFonts w:ascii="Arial" w:hAnsi="Arial" w:cs="Arial"/>
        </w:rPr>
        <w:br/>
        <w:t>……………………………………………………………………………………………………………</w:t>
      </w:r>
      <w:r w:rsidRPr="00757BC1">
        <w:rPr>
          <w:rFonts w:ascii="Arial" w:hAnsi="Arial" w:cs="Arial"/>
        </w:rPr>
        <w:br/>
        <w:t>Désignons d’un commun accord comme bénéficiaire du SFT : ………………………………………</w:t>
      </w:r>
      <w:r w:rsidRPr="00757BC1">
        <w:rPr>
          <w:rFonts w:ascii="Arial" w:hAnsi="Arial" w:cs="Arial"/>
        </w:rPr>
        <w:br/>
        <w:t>Date d’effet souhaitée, à vérifier par le service RH : …… / …… / …………</w:t>
      </w:r>
      <w:r w:rsidRPr="00757BC1">
        <w:rPr>
          <w:rFonts w:ascii="Arial" w:hAnsi="Arial" w:cs="Arial"/>
        </w:rPr>
        <w:br/>
        <w:t xml:space="preserve">Date du précédent choix, </w:t>
      </w:r>
      <w:r w:rsidRPr="00757BC1">
        <w:rPr>
          <w:rFonts w:ascii="Arial" w:hAnsi="Arial" w:cs="Arial"/>
        </w:rPr>
        <w:t>le cas échéant : …… / …… / …………</w:t>
      </w:r>
    </w:p>
    <w:p w:rsidR="003F6B29" w:rsidRPr="00757BC1" w:rsidRDefault="00757BC1" w:rsidP="00757BC1">
      <w:pPr>
        <w:spacing w:line="26" w:lineRule="atLeast"/>
        <w:rPr>
          <w:rFonts w:ascii="Arial" w:hAnsi="Arial" w:cs="Arial"/>
        </w:rPr>
      </w:pPr>
      <w:r w:rsidRPr="00757BC1">
        <w:rPr>
          <w:rFonts w:ascii="Arial" w:hAnsi="Arial" w:cs="Arial"/>
        </w:rPr>
        <w:t>Cette option ne peut être remise en cause qu’au terme d’un délai d’un an. En cas de séparation ou de résidence alternée, contacter le service RH pour examiner les règles propres à cette situation.</w:t>
      </w:r>
    </w:p>
    <w:p w:rsidR="003F6B29" w:rsidRPr="00757BC1" w:rsidRDefault="00757BC1" w:rsidP="00757BC1">
      <w:pPr>
        <w:spacing w:line="26" w:lineRule="atLeast"/>
        <w:rPr>
          <w:rFonts w:ascii="Arial" w:hAnsi="Arial" w:cs="Arial"/>
        </w:rPr>
      </w:pPr>
      <w:r w:rsidRPr="00757BC1">
        <w:rPr>
          <w:rFonts w:ascii="Arial" w:hAnsi="Arial" w:cs="Arial"/>
        </w:rPr>
        <w:t>Fait à : ………………………………… Le :</w:t>
      </w:r>
      <w:r w:rsidRPr="00757BC1">
        <w:rPr>
          <w:rFonts w:ascii="Arial" w:hAnsi="Arial" w:cs="Arial"/>
        </w:rPr>
        <w:t xml:space="preserve"> …… / …… / …………</w:t>
      </w:r>
      <w:r w:rsidRPr="00757BC1">
        <w:rPr>
          <w:rFonts w:ascii="Arial" w:hAnsi="Arial" w:cs="Arial"/>
        </w:rPr>
        <w:br/>
        <w:t>Signature de l’agent 1 :                              Signature de l’agent 2 :</w:t>
      </w:r>
    </w:p>
    <w:bookmarkEnd w:id="0"/>
    <w:p w:rsidR="003F6B29" w:rsidRPr="00757BC1" w:rsidRDefault="003F6B29">
      <w:pPr>
        <w:rPr>
          <w:rFonts w:ascii="Arial" w:hAnsi="Arial" w:cs="Arial"/>
        </w:rPr>
      </w:pPr>
    </w:p>
    <w:sectPr w:rsidR="003F6B29" w:rsidRPr="00757BC1" w:rsidSect="00034616">
      <w:footerReference w:type="default" r:id="rId8"/>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757BC1">
      <w:pPr>
        <w:spacing w:after="0"/>
      </w:pPr>
      <w:r>
        <w:separator/>
      </w:r>
    </w:p>
  </w:endnote>
  <w:endnote w:type="continuationSeparator" w:id="0">
    <w:p w:rsidR="00000000" w:rsidRDefault="00757BC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F6B29" w:rsidRPr="00757BC1" w:rsidRDefault="00757BC1">
    <w:pPr>
      <w:pStyle w:val="Pieddepage"/>
      <w:rPr>
        <w:rFonts w:ascii="Arial" w:hAnsi="Arial" w:cs="Arial"/>
      </w:rPr>
    </w:pPr>
    <w:r w:rsidRPr="00757BC1">
      <w:rPr>
        <w:rFonts w:ascii="Arial" w:hAnsi="Arial" w:cs="Arial"/>
      </w:rPr>
      <w:t xml:space="preserve">Vérification du SFT • Version du 15 octobre 2026                                         </w:t>
    </w:r>
    <w:r w:rsidRPr="00757BC1">
      <w:rPr>
        <w:rFonts w:ascii="Arial" w:hAnsi="Arial" w:cs="Arial"/>
      </w:rPr>
      <w:fldChar w:fldCharType="begin"/>
    </w:r>
    <w:r w:rsidRPr="00757BC1">
      <w:rPr>
        <w:rFonts w:ascii="Arial" w:hAnsi="Arial" w:cs="Arial"/>
      </w:rPr>
      <w:instrText>PAGE</w:instrText>
    </w:r>
    <w:r w:rsidRPr="00757BC1">
      <w:rPr>
        <w:rFonts w:ascii="Arial" w:hAnsi="Arial" w:cs="Arial"/>
      </w:rPr>
      <w:fldChar w:fldCharType="separate"/>
    </w:r>
    <w:r w:rsidRPr="00757BC1">
      <w:rPr>
        <w:rFonts w:ascii="Arial" w:hAnsi="Arial" w:cs="Arial"/>
        <w:noProof/>
      </w:rPr>
      <w:t>1</w:t>
    </w:r>
    <w:r w:rsidRPr="00757BC1">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757BC1">
      <w:pPr>
        <w:spacing w:after="0"/>
      </w:pPr>
      <w:r>
        <w:separator/>
      </w:r>
    </w:p>
  </w:footnote>
  <w:footnote w:type="continuationSeparator" w:id="0">
    <w:p w:rsidR="00000000" w:rsidRDefault="00757BC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F6B29"/>
    <w:rsid w:val="00757BC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A284E2"/>
  <w14:defaultImageDpi w14:val="300"/>
  <w15:docId w15:val="{7EC1AB0D-4E01-4575-A8E4-8A705C2EB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80" w:line="240" w:lineRule="auto"/>
    </w:pPr>
    <w:rPr>
      <w:rFonts w:ascii="Calibri" w:hAnsi="Calibri"/>
      <w:color w:val="000000"/>
      <w:sz w:val="20"/>
    </w:rPr>
  </w:style>
  <w:style w:type="paragraph" w:styleId="Titre1">
    <w:name w:val="heading 1"/>
    <w:basedOn w:val="Normal"/>
    <w:next w:val="Normal"/>
    <w:link w:val="Titre1Car"/>
    <w:uiPriority w:val="9"/>
    <w:qFormat/>
    <w:rsid w:val="00FC693F"/>
    <w:pPr>
      <w:keepNext/>
      <w:keepLines/>
      <w:spacing w:before="160"/>
      <w:outlineLvl w:val="0"/>
    </w:pPr>
    <w:rPr>
      <w:rFonts w:asciiTheme="majorHAnsi" w:eastAsiaTheme="majorEastAsia" w:hAnsiTheme="majorHAnsi" w:cstheme="majorBidi"/>
      <w:b/>
      <w:bCs/>
      <w:sz w:val="26"/>
      <w:szCs w:val="28"/>
    </w:rPr>
  </w:style>
  <w:style w:type="paragraph" w:styleId="Titre2">
    <w:name w:val="heading 2"/>
    <w:basedOn w:val="Normal"/>
    <w:next w:val="Normal"/>
    <w:link w:val="Titre2Car"/>
    <w:uiPriority w:val="9"/>
    <w:unhideWhenUsed/>
    <w:qFormat/>
    <w:rsid w:val="00FC693F"/>
    <w:pPr>
      <w:keepNext/>
      <w:keepLines/>
      <w:spacing w:before="16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after="160"/>
      <w:contextualSpacing/>
    </w:pPr>
    <w:rPr>
      <w:rFonts w:asciiTheme="majorHAnsi" w:eastAsiaTheme="majorEastAsia" w:hAnsiTheme="majorHAnsi" w:cstheme="majorBidi"/>
      <w:spacing w:val="5"/>
      <w:kern w:val="28"/>
      <w:sz w:val="4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5F2614-CCD2-49A9-948F-C52581F09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1467</Words>
  <Characters>8074</Characters>
  <Application>Microsoft Office Word</Application>
  <DocSecurity>0</DocSecurity>
  <Lines>67</Lines>
  <Paragraphs>19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9522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Thomas Laurent</cp:lastModifiedBy>
  <cp:revision>2</cp:revision>
  <dcterms:created xsi:type="dcterms:W3CDTF">2026-10-16T07:52:00Z</dcterms:created>
  <dcterms:modified xsi:type="dcterms:W3CDTF">2026-10-16T07:52:00Z</dcterms:modified>
  <cp:category/>
</cp:coreProperties>
</file>